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Calibri" w:hAnsi="Calibri"/>
          <w:b/>
          <w:i w:val="0"/>
          <w:color w:val="1E2761"/>
          <w:sz w:val="40"/>
        </w:rPr>
        <w:t>Roberto Cimetta Fund</w:t>
      </w:r>
    </w:p>
    <w:p>
      <w:pPr>
        <w:spacing w:before="0" w:after="40"/>
      </w:pPr>
      <w:r>
        <w:rPr>
          <w:rFonts w:ascii="Calibri" w:hAnsi="Calibri"/>
          <w:b w:val="0"/>
          <w:i w:val="0"/>
          <w:color w:val="00626F"/>
          <w:sz w:val="24"/>
        </w:rPr>
        <w:t>Emergency Mobility Grants 2027</w:t>
      </w:r>
    </w:p>
    <w:p>
      <w:pPr>
        <w:spacing w:before="0" w:after="200"/>
      </w:pPr>
      <w:r>
        <w:rPr>
          <w:rFonts w:ascii="Calibri" w:hAnsi="Calibri"/>
          <w:b/>
          <w:i w:val="0"/>
          <w:color w:val="1A1A1A"/>
          <w:sz w:val="22"/>
        </w:rPr>
        <w:t>Application form</w:t>
      </w:r>
    </w:p>
    <w:p>
      <w:pPr>
        <w:spacing w:before="200" w:after="80"/>
      </w:pPr>
      <w:r>
        <w:rPr>
          <w:rFonts w:ascii="Calibri" w:hAnsi="Calibri"/>
          <w:b/>
          <w:i w:val="0"/>
          <w:color w:val="1E2761"/>
          <w:sz w:val="22"/>
        </w:rPr>
        <w:t>Before you start</w:t>
      </w:r>
    </w:p>
    <w:p>
      <w:pPr>
        <w:spacing w:before="0" w:after="40"/>
      </w:pPr>
      <w:r>
        <w:rPr>
          <w:rFonts w:ascii="Calibri" w:hAnsi="Calibri"/>
          <w:b w:val="0"/>
          <w:i w:val="0"/>
          <w:color w:val="1A1A1A"/>
          <w:sz w:val="20"/>
        </w:rPr>
        <w:t>·  Deadline: 1 November 2026.</w:t>
      </w:r>
    </w:p>
    <w:p>
      <w:pPr>
        <w:spacing w:before="0" w:after="40"/>
      </w:pPr>
      <w:r>
        <w:rPr>
          <w:rFonts w:ascii="Calibri" w:hAnsi="Calibri"/>
          <w:b w:val="0"/>
          <w:i w:val="0"/>
          <w:color w:val="1A1A1A"/>
          <w:sz w:val="20"/>
        </w:rPr>
        <w:t>·  Send your application to administration@cimettafund.org.</w:t>
      </w:r>
    </w:p>
    <w:p>
      <w:pPr>
        <w:spacing w:before="0" w:after="40"/>
      </w:pPr>
      <w:r>
        <w:rPr>
          <w:rFonts w:ascii="Calibri" w:hAnsi="Calibri"/>
          <w:b w:val="0"/>
          <w:i w:val="0"/>
          <w:color w:val="1A1A1A"/>
          <w:sz w:val="20"/>
        </w:rPr>
        <w:t>·  Name this file SURNAME_Firstname_COUNTRY_EMG2027. Attachments can be sent as separate files in the same email.</w:t>
      </w:r>
    </w:p>
    <w:p>
      <w:pPr>
        <w:spacing w:before="0" w:after="40"/>
      </w:pPr>
      <w:r>
        <w:rPr>
          <w:rFonts w:ascii="Calibri" w:hAnsi="Calibri"/>
          <w:b w:val="0"/>
          <w:i w:val="0"/>
          <w:color w:val="1A1A1A"/>
          <w:sz w:val="20"/>
        </w:rPr>
        <w:t>·  You may write in Arabic, English or French.</w:t>
      </w:r>
    </w:p>
    <w:p>
      <w:pPr>
        <w:spacing w:before="0" w:after="40"/>
      </w:pPr>
      <w:r>
        <w:rPr>
          <w:rFonts w:ascii="Calibri" w:hAnsi="Calibri"/>
          <w:b w:val="0"/>
          <w:i w:val="0"/>
          <w:color w:val="1A1A1A"/>
          <w:sz w:val="20"/>
        </w:rPr>
        <w:t>·  The grant covers up to €600: travel, visa costs and a basic daily allowance.</w:t>
      </w:r>
    </w:p>
    <w:p>
      <w:pPr>
        <w:spacing w:before="0" w:after="40"/>
      </w:pPr>
      <w:r>
        <w:rPr>
          <w:rFonts w:ascii="Calibri" w:hAnsi="Calibri"/>
          <w:b w:val="0"/>
          <w:i w:val="0"/>
          <w:color w:val="1A1A1A"/>
          <w:sz w:val="20"/>
        </w:rPr>
        <w:t>·  Prefer links over large files. Emails over 10 MB may not reach us.</w:t>
      </w:r>
    </w:p>
    <w:p>
      <w:pPr>
        <w:spacing w:before="0" w:after="40"/>
      </w:pPr>
      <w:r>
        <w:rPr>
          <w:rFonts w:ascii="Calibri" w:hAnsi="Calibri"/>
          <w:b w:val="0"/>
          <w:i w:val="0"/>
          <w:color w:val="1A1A1A"/>
          <w:sz w:val="20"/>
        </w:rPr>
        <w:t>·  This form should take about thirty minutes to complete.</w:t>
      </w:r>
    </w:p>
    <w:p>
      <w:pPr>
        <w:spacing w:before="200" w:after="80"/>
      </w:pPr>
      <w:r>
        <w:rPr>
          <w:rFonts w:ascii="Calibri" w:hAnsi="Calibri"/>
          <w:b/>
          <w:i w:val="0"/>
          <w:color w:val="1E2761"/>
          <w:sz w:val="22"/>
        </w:rPr>
        <w:t>What to attach</w:t>
      </w:r>
    </w:p>
    <w:p>
      <w:pPr>
        <w:spacing w:before="0" w:after="40"/>
      </w:pPr>
      <w:r>
        <w:rPr>
          <w:rFonts w:ascii="Calibri" w:hAnsi="Calibri"/>
          <w:b w:val="0"/>
          <w:i w:val="0"/>
          <w:color w:val="1A1A1A"/>
          <w:sz w:val="20"/>
        </w:rPr>
        <w:t>·  Your CV, one or two pages.</w:t>
      </w:r>
    </w:p>
    <w:p>
      <w:pPr>
        <w:spacing w:before="0" w:after="40"/>
      </w:pPr>
      <w:r>
        <w:rPr>
          <w:rFonts w:ascii="Calibri" w:hAnsi="Calibri"/>
          <w:b w:val="0"/>
          <w:i w:val="0"/>
          <w:color w:val="1A1A1A"/>
          <w:sz w:val="20"/>
        </w:rPr>
        <w:t>·  The invitation or agreement from your host.</w:t>
      </w:r>
    </w:p>
    <w:p>
      <w:pPr>
        <w:spacing w:before="0" w:after="60"/>
      </w:pPr>
      <w:r>
        <w:rPr>
          <w:rFonts w:ascii="Calibri" w:hAnsi="Calibri"/>
          <w:b w:val="0"/>
          <w:i/>
          <w:color w:val="666666"/>
          <w:sz w:val="18"/>
        </w:rPr>
        <w:t>No letter of intent is needed: sections 3 and 4 cover it. Links to your work go in section 2, there is nothing to attach for that.</w:t>
      </w:r>
    </w:p>
    <w:p>
      <w:pPr>
        <w:spacing w:before="280" w:after="120"/>
      </w:pPr>
      <w:r>
        <w:rPr>
          <w:rFonts w:ascii="Calibri" w:hAnsi="Calibri"/>
          <w:b/>
          <w:i w:val="0"/>
          <w:color w:val="00626F"/>
          <w:sz w:val="25"/>
        </w:rPr>
        <w:t>Eligibility</w:t>
      </w:r>
    </w:p>
    <w:p>
      <w:pPr>
        <w:spacing w:before="0" w:after="60"/>
      </w:pPr>
      <w:r>
        <w:rPr>
          <w:rFonts w:ascii="Calibri" w:hAnsi="Calibri"/>
          <w:b w:val="0"/>
          <w:i/>
          <w:color w:val="666666"/>
          <w:sz w:val="18"/>
        </w:rPr>
        <w:t>Tick all four boxes. If one of them does not apply to you, this call is not the right one.</w:t>
      </w:r>
    </w:p>
    <w:p>
      <w:pPr>
        <w:spacing w:before="0" w:after="60"/>
      </w:pPr>
      <w:r>
        <w:rPr>
          <w:rFonts w:ascii="Calibri" w:hAnsi="Calibri"/>
          <w:b w:val="0"/>
          <w:i w:val="0"/>
          <w:color w:val="1A1A1A"/>
          <w:sz w:val="21"/>
        </w:rPr>
        <w:t>☐  I am an artist or cultural professional from, or living in, Lebanon, Syria, Palestine, Yemen or Sudan.</w:t>
      </w:r>
    </w:p>
    <w:p>
      <w:pPr>
        <w:spacing w:before="0" w:after="60"/>
      </w:pPr>
      <w:r>
        <w:rPr>
          <w:rFonts w:ascii="Calibri" w:hAnsi="Calibri"/>
          <w:b w:val="0"/>
          <w:i w:val="0"/>
          <w:color w:val="1A1A1A"/>
          <w:sz w:val="21"/>
        </w:rPr>
        <w:t>☐  I work in the performing arts or in multidisciplinary practices.</w:t>
      </w:r>
    </w:p>
    <w:p>
      <w:pPr>
        <w:spacing w:before="0" w:after="60"/>
      </w:pPr>
      <w:r>
        <w:rPr>
          <w:rFonts w:ascii="Calibri" w:hAnsi="Calibri"/>
          <w:b w:val="0"/>
          <w:i w:val="0"/>
          <w:color w:val="1A1A1A"/>
          <w:sz w:val="21"/>
        </w:rPr>
        <w:t>☐  My travel takes place between 16 January and 30 June 2027.</w:t>
      </w:r>
    </w:p>
    <w:p>
      <w:pPr>
        <w:spacing w:before="0" w:after="60"/>
      </w:pPr>
      <w:r>
        <w:rPr>
          <w:rFonts w:ascii="Calibri" w:hAnsi="Calibri"/>
          <w:b w:val="0"/>
          <w:i w:val="0"/>
          <w:color w:val="1A1A1A"/>
          <w:sz w:val="21"/>
        </w:rPr>
        <w:t>☐  I have a host or a partner in the destination country.</w:t>
      </w:r>
    </w:p>
    <w:p>
      <w:pPr>
        <w:spacing w:before="280" w:after="120"/>
      </w:pPr>
      <w:r>
        <w:rPr>
          <w:rFonts w:ascii="Calibri" w:hAnsi="Calibri"/>
          <w:b/>
          <w:i w:val="0"/>
          <w:color w:val="00626F"/>
          <w:sz w:val="25"/>
        </w:rPr>
        <w:t>1. About you</w:t>
      </w:r>
    </w:p>
    <w:p>
      <w:pPr>
        <w:spacing w:before="120" w:after="40"/>
      </w:pPr>
      <w:r>
        <w:rPr>
          <w:rFonts w:ascii="Calibri" w:hAnsi="Calibri"/>
          <w:b/>
          <w:i w:val="0"/>
          <w:color w:val="1A1A1A"/>
          <w:sz w:val="21"/>
        </w:rPr>
        <w:t>Full name</w:t>
      </w:r>
    </w:p>
    <w:p>
      <w:pPr>
        <w:spacing w:before="0" w:after="40"/>
        <w:shd w:val="clear" w:color="auto" w:fill="F4F6F7"/>
      </w:pPr>
    </w:p>
    <w:p>
      <w:pPr>
        <w:spacing w:before="120" w:after="40"/>
      </w:pPr>
      <w:r>
        <w:rPr>
          <w:rFonts w:ascii="Calibri" w:hAnsi="Calibri"/>
          <w:b/>
          <w:i w:val="0"/>
          <w:color w:val="1A1A1A"/>
          <w:sz w:val="21"/>
        </w:rPr>
        <w:t>This application is</w:t>
      </w:r>
    </w:p>
    <w:p>
      <w:pPr>
        <w:spacing w:before="0" w:after="60"/>
      </w:pPr>
      <w:r>
        <w:rPr>
          <w:rFonts w:ascii="Calibri" w:hAnsi="Calibri"/>
          <w:b w:val="0"/>
          <w:i w:val="0"/>
          <w:color w:val="1A1A1A"/>
          <w:sz w:val="21"/>
        </w:rPr>
        <w:t>☐  individual</w:t>
      </w:r>
    </w:p>
    <w:p>
      <w:pPr>
        <w:spacing w:before="0" w:after="60"/>
      </w:pPr>
      <w:r>
        <w:rPr>
          <w:rFonts w:ascii="Calibri" w:hAnsi="Calibri"/>
          <w:b w:val="0"/>
          <w:i w:val="0"/>
          <w:color w:val="1A1A1A"/>
          <w:sz w:val="21"/>
        </w:rPr>
        <w:t>☐  for a group. Number of members: ______</w:t>
      </w:r>
    </w:p>
    <w:p>
      <w:pPr>
        <w:spacing w:before="120" w:after="40"/>
      </w:pPr>
      <w:r>
        <w:rPr>
          <w:rFonts w:ascii="Calibri" w:hAnsi="Calibri"/>
          <w:b/>
          <w:i w:val="0"/>
          <w:color w:val="1A1A1A"/>
          <w:sz w:val="21"/>
        </w:rPr>
        <w:t>Contact person</w:t>
      </w:r>
    </w:p>
    <w:p>
      <w:pPr>
        <w:spacing w:before="0" w:after="60"/>
      </w:pPr>
      <w:r>
        <w:rPr>
          <w:rFonts w:ascii="Calibri" w:hAnsi="Calibri"/>
          <w:b w:val="0"/>
          <w:i/>
          <w:color w:val="666666"/>
          <w:sz w:val="18"/>
        </w:rPr>
        <w:t>For a group, give one name.</w:t>
      </w:r>
    </w:p>
    <w:p>
      <w:pPr>
        <w:spacing w:before="0" w:after="40"/>
        <w:shd w:val="clear" w:color="auto" w:fill="F4F6F7"/>
      </w:pPr>
    </w:p>
    <w:p>
      <w:pPr>
        <w:spacing w:before="120" w:after="40"/>
      </w:pPr>
      <w:r>
        <w:rPr>
          <w:rFonts w:ascii="Calibri" w:hAnsi="Calibri"/>
          <w:b/>
          <w:i w:val="0"/>
          <w:color w:val="1A1A1A"/>
          <w:sz w:val="21"/>
        </w:rPr>
        <w:t>Email and phone number</w:t>
      </w:r>
    </w:p>
    <w:p>
      <w:pPr>
        <w:spacing w:before="0" w:after="60"/>
      </w:pPr>
      <w:r>
        <w:rPr>
          <w:rFonts w:ascii="Calibri" w:hAnsi="Calibri"/>
          <w:b w:val="0"/>
          <w:i/>
          <w:color w:val="666666"/>
          <w:sz w:val="18"/>
        </w:rPr>
        <w:t>Say whether the number is on WhatsApp or Signal.</w:t>
      </w:r>
    </w:p>
    <w:p>
      <w:pPr>
        <w:spacing w:before="0" w:after="40"/>
        <w:shd w:val="clear" w:color="auto" w:fill="F4F6F7"/>
      </w:pPr>
    </w:p>
    <w:p>
      <w:pPr>
        <w:spacing w:before="120" w:after="40"/>
      </w:pPr>
      <w:r>
        <w:rPr>
          <w:rFonts w:ascii="Calibri" w:hAnsi="Calibri"/>
          <w:b/>
          <w:i w:val="0"/>
          <w:color w:val="1A1A1A"/>
          <w:sz w:val="21"/>
        </w:rPr>
        <w:t>City and country of residence</w:t>
      </w:r>
    </w:p>
    <w:p>
      <w:pPr>
        <w:spacing w:before="0" w:after="40"/>
        <w:shd w:val="clear" w:color="auto" w:fill="F4F6F7"/>
      </w:pPr>
    </w:p>
    <w:p>
      <w:pPr>
        <w:spacing w:before="120" w:after="40"/>
      </w:pPr>
      <w:r>
        <w:rPr>
          <w:rFonts w:ascii="Calibri" w:hAnsi="Calibri"/>
          <w:b/>
          <w:i w:val="0"/>
          <w:color w:val="1A1A1A"/>
          <w:sz w:val="21"/>
        </w:rPr>
        <w:t>Country of origin or nationality</w:t>
      </w:r>
    </w:p>
    <w:p>
      <w:pPr>
        <w:spacing w:before="0" w:after="40"/>
        <w:shd w:val="clear" w:color="auto" w:fill="F4F6F7"/>
      </w:pPr>
    </w:p>
    <w:p>
      <w:pPr>
        <w:spacing w:before="120" w:after="40"/>
      </w:pPr>
      <w:r>
        <w:rPr>
          <w:rFonts w:ascii="Calibri" w:hAnsi="Calibri"/>
          <w:b/>
          <w:i w:val="0"/>
          <w:color w:val="1A1A1A"/>
          <w:sz w:val="21"/>
        </w:rPr>
        <w:t>Artistic field</w:t>
      </w:r>
    </w:p>
    <w:p>
      <w:pPr>
        <w:spacing w:before="0" w:after="40"/>
        <w:shd w:val="clear" w:color="auto" w:fill="F4F6F7"/>
      </w:pPr>
    </w:p>
    <w:p>
      <w:pPr>
        <w:spacing w:before="120" w:after="40"/>
      </w:pPr>
      <w:r>
        <w:rPr>
          <w:rFonts w:ascii="Calibri" w:hAnsi="Calibri"/>
          <w:b/>
          <w:i w:val="0"/>
          <w:color w:val="1A1A1A"/>
          <w:sz w:val="21"/>
        </w:rPr>
        <w:t>Website, portfolio or social media</w:t>
      </w:r>
    </w:p>
    <w:p>
      <w:pPr>
        <w:spacing w:before="0" w:after="60"/>
      </w:pPr>
      <w:r>
        <w:rPr>
          <w:rFonts w:ascii="Calibri" w:hAnsi="Calibri"/>
          <w:b w:val="0"/>
          <w:i/>
          <w:color w:val="666666"/>
          <w:sz w:val="18"/>
        </w:rPr>
        <w:t>Optional.</w:t>
      </w:r>
    </w:p>
    <w:p>
      <w:pPr>
        <w:spacing w:before="0" w:after="40"/>
        <w:shd w:val="clear" w:color="auto" w:fill="F4F6F7"/>
      </w:pPr>
    </w:p>
    <w:p>
      <w:pPr>
        <w:spacing w:before="120" w:after="40"/>
      </w:pPr>
      <w:r>
        <w:rPr>
          <w:rFonts w:ascii="Calibri" w:hAnsi="Calibri"/>
          <w:b/>
          <w:i w:val="0"/>
          <w:color w:val="1A1A1A"/>
          <w:sz w:val="21"/>
        </w:rPr>
        <w:t>Short biography</w:t>
      </w:r>
    </w:p>
    <w:p>
      <w:pPr>
        <w:spacing w:before="0" w:after="60"/>
      </w:pPr>
      <w:r>
        <w:rPr>
          <w:rFonts w:ascii="Calibri" w:hAnsi="Calibri"/>
          <w:b w:val="0"/>
          <w:i/>
          <w:color w:val="666666"/>
          <w:sz w:val="18"/>
        </w:rPr>
        <w:t>120 words maximum.</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280" w:after="120"/>
      </w:pPr>
      <w:r>
        <w:rPr>
          <w:rFonts w:ascii="Calibri" w:hAnsi="Calibri"/>
          <w:b/>
          <w:i w:val="0"/>
          <w:color w:val="00626F"/>
          <w:sz w:val="25"/>
        </w:rPr>
        <w:t>2. Your work</w:t>
      </w:r>
    </w:p>
    <w:p>
      <w:pPr>
        <w:spacing w:before="0" w:after="60"/>
      </w:pPr>
      <w:r>
        <w:rPr>
          <w:rFonts w:ascii="Calibri" w:hAnsi="Calibri"/>
          <w:b w:val="0"/>
          <w:i/>
          <w:color w:val="666666"/>
          <w:sz w:val="18"/>
        </w:rPr>
        <w:t>One to five links: video, sound, press, documentation. Links are easier for us than files. If you are at the start of your career and do not have a body of work yet, show us the project you are working on now. That is enough.</w:t>
      </w:r>
    </w:p>
    <w:p>
      <w:pPr>
        <w:spacing w:before="120" w:after="40"/>
      </w:pPr>
      <w:r>
        <w:rPr>
          <w:rFonts w:ascii="Calibri" w:hAnsi="Calibri"/>
          <w:b/>
          <w:i w:val="0"/>
          <w:color w:val="1A1A1A"/>
          <w:sz w:val="21"/>
        </w:rPr>
        <w:t>1.</w:t>
      </w:r>
    </w:p>
    <w:p>
      <w:pPr>
        <w:spacing w:before="0" w:after="40"/>
        <w:shd w:val="clear" w:color="auto" w:fill="F4F6F7"/>
      </w:pPr>
    </w:p>
    <w:p>
      <w:pPr>
        <w:spacing w:before="120" w:after="40"/>
      </w:pPr>
      <w:r>
        <w:rPr>
          <w:rFonts w:ascii="Calibri" w:hAnsi="Calibri"/>
          <w:b/>
          <w:i w:val="0"/>
          <w:color w:val="1A1A1A"/>
          <w:sz w:val="21"/>
        </w:rPr>
        <w:t>2.</w:t>
      </w:r>
    </w:p>
    <w:p>
      <w:pPr>
        <w:spacing w:before="0" w:after="40"/>
        <w:shd w:val="clear" w:color="auto" w:fill="F4F6F7"/>
      </w:pPr>
    </w:p>
    <w:p>
      <w:pPr>
        <w:spacing w:before="120" w:after="40"/>
      </w:pPr>
      <w:r>
        <w:rPr>
          <w:rFonts w:ascii="Calibri" w:hAnsi="Calibri"/>
          <w:b/>
          <w:i w:val="0"/>
          <w:color w:val="1A1A1A"/>
          <w:sz w:val="21"/>
        </w:rPr>
        <w:t>3.</w:t>
      </w:r>
    </w:p>
    <w:p>
      <w:pPr>
        <w:spacing w:before="0" w:after="40"/>
        <w:shd w:val="clear" w:color="auto" w:fill="F4F6F7"/>
      </w:pPr>
    </w:p>
    <w:p>
      <w:pPr>
        <w:spacing w:before="120" w:after="40"/>
      </w:pPr>
      <w:r>
        <w:rPr>
          <w:rFonts w:ascii="Calibri" w:hAnsi="Calibri"/>
          <w:b/>
          <w:i w:val="0"/>
          <w:color w:val="1A1A1A"/>
          <w:sz w:val="21"/>
        </w:rPr>
        <w:t>4.</w:t>
      </w:r>
    </w:p>
    <w:p>
      <w:pPr>
        <w:spacing w:before="0" w:after="40"/>
        <w:shd w:val="clear" w:color="auto" w:fill="F4F6F7"/>
      </w:pPr>
    </w:p>
    <w:p>
      <w:pPr>
        <w:spacing w:before="120" w:after="40"/>
      </w:pPr>
      <w:r>
        <w:rPr>
          <w:rFonts w:ascii="Calibri" w:hAnsi="Calibri"/>
          <w:b/>
          <w:i w:val="0"/>
          <w:color w:val="1A1A1A"/>
          <w:sz w:val="21"/>
        </w:rPr>
        <w:t>5.</w:t>
      </w:r>
    </w:p>
    <w:p>
      <w:pPr>
        <w:spacing w:before="0" w:after="40"/>
        <w:shd w:val="clear" w:color="auto" w:fill="F4F6F7"/>
      </w:pPr>
    </w:p>
    <w:p>
      <w:pPr>
        <w:spacing w:before="280" w:after="120"/>
      </w:pPr>
      <w:r>
        <w:rPr>
          <w:rFonts w:ascii="Calibri" w:hAnsi="Calibri"/>
          <w:b/>
          <w:i w:val="0"/>
          <w:color w:val="00626F"/>
          <w:sz w:val="25"/>
        </w:rPr>
        <w:t>3. The project</w:t>
      </w:r>
    </w:p>
    <w:p>
      <w:pPr>
        <w:spacing w:before="120" w:after="40"/>
      </w:pPr>
      <w:r>
        <w:rPr>
          <w:rFonts w:ascii="Calibri" w:hAnsi="Calibri"/>
          <w:b/>
          <w:i w:val="0"/>
          <w:color w:val="1A1A1A"/>
          <w:sz w:val="21"/>
        </w:rPr>
        <w:t>Project title</w:t>
      </w:r>
    </w:p>
    <w:p>
      <w:pPr>
        <w:spacing w:before="0" w:after="40"/>
        <w:shd w:val="clear" w:color="auto" w:fill="F4F6F7"/>
      </w:pPr>
    </w:p>
    <w:p>
      <w:pPr>
        <w:spacing w:before="120" w:after="40"/>
      </w:pPr>
      <w:r>
        <w:rPr>
          <w:rFonts w:ascii="Calibri" w:hAnsi="Calibri"/>
          <w:b/>
          <w:i w:val="0"/>
          <w:color w:val="1A1A1A"/>
          <w:sz w:val="21"/>
        </w:rPr>
        <w:t>What is the project</w:t>
      </w:r>
    </w:p>
    <w:p>
      <w:pPr>
        <w:spacing w:before="0" w:after="60"/>
      </w:pPr>
      <w:r>
        <w:rPr>
          <w:rFonts w:ascii="Calibri" w:hAnsi="Calibri"/>
          <w:b w:val="0"/>
          <w:i/>
          <w:color w:val="666666"/>
          <w:sz w:val="18"/>
        </w:rPr>
        <w:t>250 words maximum. What it is, with whom, how far along it is, and what you expect to come out of this journey.</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280" w:after="120"/>
      </w:pPr>
      <w:r>
        <w:rPr>
          <w:rFonts w:ascii="Calibri" w:hAnsi="Calibri"/>
          <w:b/>
          <w:i w:val="0"/>
          <w:color w:val="00626F"/>
          <w:sz w:val="25"/>
        </w:rPr>
        <w:t>4. The travel</w:t>
      </w:r>
    </w:p>
    <w:p>
      <w:pPr>
        <w:spacing w:before="120" w:after="40"/>
      </w:pPr>
      <w:r>
        <w:rPr>
          <w:rFonts w:ascii="Calibri" w:hAnsi="Calibri"/>
          <w:b/>
          <w:i w:val="0"/>
          <w:color w:val="1A1A1A"/>
          <w:sz w:val="21"/>
        </w:rPr>
        <w:t>Route</w:t>
      </w:r>
    </w:p>
    <w:p>
      <w:pPr>
        <w:spacing w:before="0" w:after="60"/>
      </w:pPr>
      <w:r>
        <w:rPr>
          <w:rFonts w:ascii="Calibri" w:hAnsi="Calibri"/>
          <w:b w:val="0"/>
          <w:i/>
          <w:color w:val="666666"/>
          <w:sz w:val="18"/>
        </w:rPr>
        <w:t>From city and country, to city and country.</w:t>
      </w:r>
    </w:p>
    <w:p>
      <w:pPr>
        <w:spacing w:before="0" w:after="40"/>
        <w:shd w:val="clear" w:color="auto" w:fill="F4F6F7"/>
      </w:pPr>
    </w:p>
    <w:p>
      <w:pPr>
        <w:spacing w:before="120" w:after="40"/>
      </w:pPr>
      <w:r>
        <w:rPr>
          <w:rFonts w:ascii="Calibri" w:hAnsi="Calibri"/>
          <w:b/>
          <w:i w:val="0"/>
          <w:color w:val="1A1A1A"/>
          <w:sz w:val="21"/>
        </w:rPr>
        <w:t>Dates</w:t>
      </w:r>
    </w:p>
    <w:p>
      <w:pPr>
        <w:spacing w:before="0" w:after="60"/>
      </w:pPr>
      <w:r>
        <w:rPr>
          <w:rFonts w:ascii="Calibri" w:hAnsi="Calibri"/>
          <w:b w:val="0"/>
          <w:i/>
          <w:color w:val="666666"/>
          <w:sz w:val="18"/>
        </w:rPr>
        <w:t>Departure and return, total duration. Must fall between 16 January and 30 June 2027.</w:t>
      </w:r>
    </w:p>
    <w:p>
      <w:pPr>
        <w:spacing w:before="0" w:after="40"/>
        <w:shd w:val="clear" w:color="auto" w:fill="F4F6F7"/>
      </w:pPr>
    </w:p>
    <w:p>
      <w:pPr>
        <w:spacing w:before="120" w:after="40"/>
      </w:pPr>
      <w:r>
        <w:rPr>
          <w:rFonts w:ascii="Calibri" w:hAnsi="Calibri"/>
          <w:b/>
          <w:i w:val="0"/>
          <w:color w:val="1A1A1A"/>
          <w:sz w:val="21"/>
        </w:rPr>
        <w:t>How you will travel</w:t>
      </w:r>
    </w:p>
    <w:p>
      <w:pPr>
        <w:spacing w:before="0" w:after="60"/>
      </w:pPr>
      <w:r>
        <w:rPr>
          <w:rFonts w:ascii="Calibri" w:hAnsi="Calibri"/>
          <w:b w:val="0"/>
          <w:i w:val="0"/>
          <w:color w:val="1A1A1A"/>
          <w:sz w:val="21"/>
        </w:rPr>
        <w:t>☐  road</w:t>
      </w:r>
    </w:p>
    <w:p>
      <w:pPr>
        <w:spacing w:before="0" w:after="60"/>
      </w:pPr>
      <w:r>
        <w:rPr>
          <w:rFonts w:ascii="Calibri" w:hAnsi="Calibri"/>
          <w:b w:val="0"/>
          <w:i w:val="0"/>
          <w:color w:val="1A1A1A"/>
          <w:sz w:val="21"/>
        </w:rPr>
        <w:t>☐  train</w:t>
      </w:r>
    </w:p>
    <w:p>
      <w:pPr>
        <w:spacing w:before="0" w:after="60"/>
      </w:pPr>
      <w:r>
        <w:rPr>
          <w:rFonts w:ascii="Calibri" w:hAnsi="Calibri"/>
          <w:b w:val="0"/>
          <w:i w:val="0"/>
          <w:color w:val="1A1A1A"/>
          <w:sz w:val="21"/>
        </w:rPr>
        <w:t>☐  plane</w:t>
      </w:r>
    </w:p>
    <w:p>
      <w:pPr>
        <w:spacing w:before="120" w:after="40"/>
      </w:pPr>
      <w:r>
        <w:rPr>
          <w:rFonts w:ascii="Calibri" w:hAnsi="Calibri"/>
          <w:b/>
          <w:i w:val="0"/>
          <w:color w:val="1A1A1A"/>
          <w:sz w:val="21"/>
        </w:rPr>
        <w:t>Type of activity</w:t>
      </w:r>
    </w:p>
    <w:p>
      <w:pPr>
        <w:spacing w:before="0" w:after="60"/>
      </w:pPr>
      <w:r>
        <w:rPr>
          <w:rFonts w:ascii="Calibri" w:hAnsi="Calibri"/>
          <w:b w:val="0"/>
          <w:i w:val="0"/>
          <w:color w:val="1A1A1A"/>
          <w:sz w:val="21"/>
        </w:rPr>
        <w:t>☐  professional training</w:t>
      </w:r>
    </w:p>
    <w:p>
      <w:pPr>
        <w:spacing w:before="0" w:after="60"/>
      </w:pPr>
      <w:r>
        <w:rPr>
          <w:rFonts w:ascii="Calibri" w:hAnsi="Calibri"/>
          <w:b w:val="0"/>
          <w:i w:val="0"/>
          <w:color w:val="1A1A1A"/>
          <w:sz w:val="21"/>
        </w:rPr>
        <w:t>☐  creation and residency</w:t>
      </w:r>
    </w:p>
    <w:p>
      <w:pPr>
        <w:spacing w:before="0" w:after="60"/>
      </w:pPr>
      <w:r>
        <w:rPr>
          <w:rFonts w:ascii="Calibri" w:hAnsi="Calibri"/>
          <w:b w:val="0"/>
          <w:i w:val="0"/>
          <w:color w:val="1A1A1A"/>
          <w:sz w:val="21"/>
        </w:rPr>
        <w:t>☐  dissemination and networking</w:t>
      </w:r>
    </w:p>
    <w:p>
      <w:pPr>
        <w:spacing w:before="120" w:after="40"/>
      </w:pPr>
      <w:r>
        <w:rPr>
          <w:rFonts w:ascii="Calibri" w:hAnsi="Calibri"/>
          <w:b/>
          <w:i w:val="0"/>
          <w:color w:val="1A1A1A"/>
          <w:sz w:val="21"/>
        </w:rPr>
        <w:t>Why must this travel happen now, and to this destination?</w:t>
      </w:r>
    </w:p>
    <w:p>
      <w:pPr>
        <w:spacing w:before="0" w:after="60"/>
      </w:pPr>
      <w:r>
        <w:rPr>
          <w:rFonts w:ascii="Calibri" w:hAnsi="Calibri"/>
          <w:b w:val="0"/>
          <w:i/>
          <w:color w:val="666666"/>
          <w:sz w:val="18"/>
        </w:rPr>
        <w:t>250 words maximum. This is the question that decides the application. Tell us what makes it urgent, and what is lost if the journey does not happen.</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160" w:after="40"/>
      </w:pPr>
      <w:r>
        <w:rPr>
          <w:rFonts w:ascii="Calibri" w:hAnsi="Calibri"/>
          <w:b/>
          <w:i w:val="0"/>
          <w:color w:val="1A1A1A"/>
          <w:sz w:val="21"/>
        </w:rPr>
        <w:t>Do you need a visa or a travel permit for your destination?</w:t>
      </w:r>
    </w:p>
    <w:p>
      <w:pPr>
        <w:spacing w:before="0" w:after="60"/>
      </w:pPr>
      <w:r>
        <w:rPr>
          <w:rFonts w:ascii="Calibri" w:hAnsi="Calibri"/>
          <w:b w:val="0"/>
          <w:i w:val="0"/>
          <w:color w:val="1A1A1A"/>
          <w:sz w:val="21"/>
        </w:rPr>
        <w:t>☐  yes</w:t>
      </w:r>
    </w:p>
    <w:p>
      <w:pPr>
        <w:spacing w:before="0" w:after="60"/>
      </w:pPr>
      <w:r>
        <w:rPr>
          <w:rFonts w:ascii="Calibri" w:hAnsi="Calibri"/>
          <w:b w:val="0"/>
          <w:i w:val="0"/>
          <w:color w:val="1A1A1A"/>
          <w:sz w:val="21"/>
        </w:rPr>
        <w:t>☐  no</w:t>
      </w:r>
    </w:p>
    <w:p>
      <w:pPr>
        <w:spacing w:before="0" w:after="60"/>
      </w:pPr>
      <w:r>
        <w:rPr>
          <w:rFonts w:ascii="Calibri" w:hAnsi="Calibri"/>
          <w:b w:val="0"/>
          <w:i w:val="0"/>
          <w:color w:val="1A1A1A"/>
          <w:sz w:val="21"/>
        </w:rPr>
        <w:t>☐  I do not know</w:t>
      </w:r>
    </w:p>
    <w:p>
      <w:pPr>
        <w:spacing w:before="120" w:after="40"/>
      </w:pPr>
      <w:r>
        <w:rPr>
          <w:rFonts w:ascii="Calibri" w:hAnsi="Calibri"/>
          <w:b/>
          <w:i w:val="0"/>
          <w:color w:val="1A1A1A"/>
          <w:sz w:val="21"/>
        </w:rPr>
        <w:t>Passport or travel document</w:t>
      </w:r>
    </w:p>
    <w:p>
      <w:pPr>
        <w:spacing w:before="0" w:after="60"/>
      </w:pPr>
      <w:r>
        <w:rPr>
          <w:rFonts w:ascii="Calibri" w:hAnsi="Calibri"/>
          <w:b w:val="0"/>
          <w:i/>
          <w:color w:val="666666"/>
          <w:sz w:val="18"/>
        </w:rPr>
        <w:t>Issued by (country) and valid until (date).</w:t>
      </w:r>
    </w:p>
    <w:p>
      <w:pPr>
        <w:spacing w:before="0" w:after="40"/>
        <w:shd w:val="clear" w:color="auto" w:fill="F4F6F7"/>
      </w:pPr>
    </w:p>
    <w:p>
      <w:pPr>
        <w:spacing w:before="120" w:after="40"/>
      </w:pPr>
      <w:r>
        <w:rPr>
          <w:rFonts w:ascii="Calibri" w:hAnsi="Calibri"/>
          <w:b/>
          <w:i w:val="0"/>
          <w:color w:val="1A1A1A"/>
          <w:sz w:val="21"/>
        </w:rPr>
        <w:t>Anything about your travel documents we should know</w:t>
      </w:r>
    </w:p>
    <w:p>
      <w:pPr>
        <w:spacing w:before="0" w:after="60"/>
      </w:pPr>
      <w:r>
        <w:rPr>
          <w:rFonts w:ascii="Calibri" w:hAnsi="Calibri"/>
          <w:b w:val="0"/>
          <w:i/>
          <w:color w:val="666666"/>
          <w:sz w:val="18"/>
        </w:rPr>
        <w:t>Optional. Mobility grants are regularly lost to consular delays. Telling us early lets us help; it does not count against you.</w:t>
      </w:r>
    </w:p>
    <w:p>
      <w:pPr>
        <w:spacing w:before="0" w:after="40"/>
        <w:shd w:val="clear" w:color="auto" w:fill="F4F6F7"/>
      </w:pPr>
    </w:p>
    <w:p>
      <w:pPr>
        <w:spacing w:before="0" w:after="40"/>
        <w:shd w:val="clear" w:color="auto" w:fill="F4F6F7"/>
      </w:pPr>
    </w:p>
    <w:p>
      <w:pPr>
        <w:spacing w:before="280" w:after="120"/>
      </w:pPr>
      <w:r>
        <w:rPr>
          <w:rFonts w:ascii="Calibri" w:hAnsi="Calibri"/>
          <w:b/>
          <w:i w:val="0"/>
          <w:color w:val="00626F"/>
          <w:sz w:val="25"/>
        </w:rPr>
        <w:t>5. Your host</w:t>
      </w:r>
    </w:p>
    <w:p>
      <w:pPr>
        <w:spacing w:before="120" w:after="40"/>
      </w:pPr>
      <w:r>
        <w:rPr>
          <w:rFonts w:ascii="Calibri" w:hAnsi="Calibri"/>
          <w:b/>
          <w:i w:val="0"/>
          <w:color w:val="1A1A1A"/>
          <w:sz w:val="21"/>
        </w:rPr>
        <w:t>Host organisation or host artist</w:t>
      </w:r>
    </w:p>
    <w:p>
      <w:pPr>
        <w:spacing w:before="0" w:after="60"/>
      </w:pPr>
      <w:r>
        <w:rPr>
          <w:rFonts w:ascii="Calibri" w:hAnsi="Calibri"/>
          <w:b w:val="0"/>
          <w:i/>
          <w:color w:val="666666"/>
          <w:sz w:val="18"/>
        </w:rPr>
        <w:t>Name, address and website. For an individual host, add a short biography.</w:t>
      </w:r>
    </w:p>
    <w:p>
      <w:pPr>
        <w:spacing w:before="0" w:after="40"/>
        <w:shd w:val="clear" w:color="auto" w:fill="F4F6F7"/>
      </w:pPr>
    </w:p>
    <w:p>
      <w:pPr>
        <w:spacing w:before="0" w:after="40"/>
        <w:shd w:val="clear" w:color="auto" w:fill="F4F6F7"/>
      </w:pPr>
    </w:p>
    <w:p>
      <w:pPr>
        <w:spacing w:before="0" w:after="40"/>
        <w:shd w:val="clear" w:color="auto" w:fill="F4F6F7"/>
      </w:pPr>
    </w:p>
    <w:p>
      <w:pPr>
        <w:spacing w:before="120" w:after="40"/>
      </w:pPr>
      <w:r>
        <w:rPr>
          <w:rFonts w:ascii="Calibri" w:hAnsi="Calibri"/>
          <w:b/>
          <w:i w:val="0"/>
          <w:color w:val="1A1A1A"/>
          <w:sz w:val="21"/>
        </w:rPr>
        <w:t>Your relationship with the host</w:t>
      </w:r>
    </w:p>
    <w:p>
      <w:pPr>
        <w:spacing w:before="0" w:after="60"/>
      </w:pPr>
      <w:r>
        <w:rPr>
          <w:rFonts w:ascii="Calibri" w:hAnsi="Calibri"/>
          <w:b w:val="0"/>
          <w:i/>
          <w:color w:val="666666"/>
          <w:sz w:val="18"/>
        </w:rPr>
        <w:t>150 words maximum. How you know each other and how the project connects to them.</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120" w:after="40"/>
      </w:pPr>
      <w:r>
        <w:rPr>
          <w:rFonts w:ascii="Calibri" w:hAnsi="Calibri"/>
          <w:b/>
          <w:i w:val="0"/>
          <w:color w:val="1A1A1A"/>
          <w:sz w:val="21"/>
        </w:rPr>
        <w:t>Have you attached the invitation or the agreement?</w:t>
      </w:r>
    </w:p>
    <w:p>
      <w:pPr>
        <w:spacing w:before="0" w:after="60"/>
      </w:pPr>
      <w:r>
        <w:rPr>
          <w:rFonts w:ascii="Calibri" w:hAnsi="Calibri"/>
          <w:b w:val="0"/>
          <w:i w:val="0"/>
          <w:color w:val="1A1A1A"/>
          <w:sz w:val="21"/>
        </w:rPr>
        <w:t>☐  yes</w:t>
      </w:r>
    </w:p>
    <w:p>
      <w:pPr>
        <w:spacing w:before="0" w:after="60"/>
      </w:pPr>
      <w:r>
        <w:rPr>
          <w:rFonts w:ascii="Calibri" w:hAnsi="Calibri"/>
          <w:b w:val="0"/>
          <w:i w:val="0"/>
          <w:color w:val="1A1A1A"/>
          <w:sz w:val="21"/>
        </w:rPr>
        <w:t>☐  no</w:t>
      </w:r>
    </w:p>
    <w:p>
      <w:pPr>
        <w:spacing w:before="280" w:after="120"/>
      </w:pPr>
      <w:r>
        <w:rPr>
          <w:rFonts w:ascii="Calibri" w:hAnsi="Calibri"/>
          <w:b/>
          <w:i w:val="0"/>
          <w:color w:val="00626F"/>
          <w:sz w:val="25"/>
        </w:rPr>
        <w:t>6. Budget</w:t>
      </w:r>
    </w:p>
    <w:p>
      <w:pPr>
        <w:spacing w:before="0" w:after="60"/>
      </w:pPr>
      <w:r>
        <w:rPr>
          <w:rFonts w:ascii="Calibri" w:hAnsi="Calibri"/>
          <w:b w:val="0"/>
          <w:i/>
          <w:color w:val="666666"/>
          <w:sz w:val="18"/>
        </w:rPr>
        <w:t>Estimates in euros.</w:t>
      </w:r>
    </w:p>
    <w:p>
      <w:pPr>
        <w:spacing w:before="120" w:after="40"/>
      </w:pPr>
      <w:r>
        <w:rPr>
          <w:rFonts w:ascii="Calibri" w:hAnsi="Calibri"/>
          <w:b/>
          <w:i w:val="0"/>
          <w:color w:val="1A1A1A"/>
          <w:sz w:val="21"/>
        </w:rPr>
        <w:t>International travel (ticket or road)</w:t>
      </w:r>
    </w:p>
    <w:p>
      <w:pPr>
        <w:spacing w:before="0" w:after="40"/>
        <w:shd w:val="clear" w:color="auto" w:fill="F4F6F7"/>
      </w:pPr>
    </w:p>
    <w:p>
      <w:pPr>
        <w:spacing w:before="120" w:after="40"/>
      </w:pPr>
      <w:r>
        <w:rPr>
          <w:rFonts w:ascii="Calibri" w:hAnsi="Calibri"/>
          <w:b/>
          <w:i w:val="0"/>
          <w:color w:val="1A1A1A"/>
          <w:sz w:val="21"/>
        </w:rPr>
        <w:t>Local transport</w:t>
      </w:r>
    </w:p>
    <w:p>
      <w:pPr>
        <w:spacing w:before="0" w:after="40"/>
        <w:shd w:val="clear" w:color="auto" w:fill="F4F6F7"/>
      </w:pPr>
    </w:p>
    <w:p>
      <w:pPr>
        <w:spacing w:before="120" w:after="40"/>
      </w:pPr>
      <w:r>
        <w:rPr>
          <w:rFonts w:ascii="Calibri" w:hAnsi="Calibri"/>
          <w:b/>
          <w:i w:val="0"/>
          <w:color w:val="1A1A1A"/>
          <w:sz w:val="21"/>
        </w:rPr>
        <w:t>Visa and consular fees</w:t>
      </w:r>
    </w:p>
    <w:p>
      <w:pPr>
        <w:spacing w:before="0" w:after="40"/>
        <w:shd w:val="clear" w:color="auto" w:fill="F4F6F7"/>
      </w:pPr>
    </w:p>
    <w:p>
      <w:pPr>
        <w:spacing w:before="120" w:after="40"/>
      </w:pPr>
      <w:r>
        <w:rPr>
          <w:rFonts w:ascii="Calibri" w:hAnsi="Calibri"/>
          <w:b/>
          <w:i w:val="0"/>
          <w:color w:val="1A1A1A"/>
          <w:sz w:val="21"/>
        </w:rPr>
        <w:t>Accommodation</w:t>
      </w:r>
    </w:p>
    <w:p>
      <w:pPr>
        <w:spacing w:before="0" w:after="40"/>
        <w:shd w:val="clear" w:color="auto" w:fill="F4F6F7"/>
      </w:pPr>
    </w:p>
    <w:p>
      <w:pPr>
        <w:spacing w:before="120" w:after="40"/>
      </w:pPr>
      <w:r>
        <w:rPr>
          <w:rFonts w:ascii="Calibri" w:hAnsi="Calibri"/>
          <w:b/>
          <w:i w:val="0"/>
          <w:color w:val="1A1A1A"/>
          <w:sz w:val="21"/>
        </w:rPr>
        <w:t>Daily expenses</w:t>
      </w:r>
    </w:p>
    <w:p>
      <w:pPr>
        <w:spacing w:before="0" w:after="40"/>
        <w:shd w:val="clear" w:color="auto" w:fill="F4F6F7"/>
      </w:pPr>
    </w:p>
    <w:p>
      <w:pPr>
        <w:spacing w:before="160" w:after="40"/>
      </w:pPr>
      <w:r>
        <w:rPr>
          <w:rFonts w:ascii="Calibri" w:hAnsi="Calibri"/>
          <w:b/>
          <w:i w:val="0"/>
          <w:color w:val="1E2761"/>
          <w:sz w:val="21"/>
        </w:rPr>
        <w:t>Amount requested from the Roberto Cimetta Fund (€600 maximum)</w:t>
      </w:r>
    </w:p>
    <w:p>
      <w:pPr>
        <w:spacing w:before="0" w:after="40"/>
        <w:shd w:val="clear" w:color="auto" w:fill="EDF3F4"/>
      </w:pPr>
    </w:p>
    <w:p>
      <w:pPr>
        <w:spacing w:before="280" w:after="120"/>
      </w:pPr>
      <w:r>
        <w:rPr>
          <w:rFonts w:ascii="Calibri" w:hAnsi="Calibri"/>
          <w:b/>
          <w:i w:val="0"/>
          <w:color w:val="00626F"/>
          <w:sz w:val="25"/>
        </w:rPr>
        <w:t>7. Anything else</w:t>
      </w:r>
    </w:p>
    <w:p>
      <w:pPr>
        <w:spacing w:before="120" w:after="40"/>
      </w:pPr>
      <w:r>
        <w:rPr>
          <w:rFonts w:ascii="Calibri" w:hAnsi="Calibri"/>
          <w:b/>
          <w:i w:val="0"/>
          <w:color w:val="1A1A1A"/>
          <w:sz w:val="21"/>
        </w:rPr>
        <w:t>Anything else you would like us to take into account</w:t>
      </w:r>
    </w:p>
    <w:p>
      <w:pPr>
        <w:spacing w:before="0" w:after="60"/>
      </w:pPr>
      <w:r>
        <w:rPr>
          <w:rFonts w:ascii="Calibri" w:hAnsi="Calibri"/>
          <w:b w:val="0"/>
          <w:i/>
          <w:color w:val="666666"/>
          <w:sz w:val="18"/>
        </w:rPr>
        <w:t>Optional.</w:t>
      </w:r>
    </w:p>
    <w:p>
      <w:pPr>
        <w:spacing w:before="0" w:after="40"/>
        <w:shd w:val="clear" w:color="auto" w:fill="F4F6F7"/>
      </w:pPr>
    </w:p>
    <w:p>
      <w:pPr>
        <w:spacing w:before="0" w:after="40"/>
        <w:shd w:val="clear" w:color="auto" w:fill="F4F6F7"/>
      </w:pPr>
    </w:p>
    <w:p>
      <w:pPr>
        <w:spacing w:before="0" w:after="40"/>
        <w:shd w:val="clear" w:color="auto" w:fill="F4F6F7"/>
      </w:pPr>
    </w:p>
    <w:p>
      <w:pPr>
        <w:spacing w:before="120" w:after="40"/>
      </w:pPr>
      <w:r>
        <w:rPr>
          <w:rFonts w:ascii="Calibri" w:hAnsi="Calibri"/>
          <w:b/>
          <w:i w:val="0"/>
          <w:color w:val="1A1A1A"/>
          <w:sz w:val="21"/>
        </w:rPr>
        <w:t>How did you hear about this call?</w:t>
      </w:r>
    </w:p>
    <w:p>
      <w:pPr>
        <w:spacing w:before="0" w:after="40"/>
        <w:shd w:val="clear" w:color="auto" w:fill="F4F6F7"/>
      </w:pPr>
    </w:p>
    <w:p>
      <w:pPr>
        <w:spacing w:before="280" w:after="120"/>
      </w:pPr>
      <w:r>
        <w:rPr>
          <w:rFonts w:ascii="Calibri" w:hAnsi="Calibri"/>
          <w:b/>
          <w:i w:val="0"/>
          <w:color w:val="00626F"/>
          <w:sz w:val="25"/>
        </w:rPr>
        <w:t>8. Declaration</w:t>
      </w:r>
    </w:p>
    <w:p>
      <w:pPr>
        <w:spacing w:before="0" w:after="120"/>
      </w:pPr>
      <w:r>
        <w:rPr>
          <w:rFonts w:ascii="Calibri" w:hAnsi="Calibri"/>
          <w:b w:val="0"/>
          <w:i w:val="0"/>
          <w:color w:val="1A1A1A"/>
          <w:sz w:val="20"/>
        </w:rPr>
        <w:t>I certify that the information given in this application is accurate and complete. I understand that the grant is paid against supporting documents, and that a narrative and financial report is required after the journey.</w:t>
      </w:r>
    </w:p>
    <w:p>
      <w:pPr>
        <w:spacing w:before="0" w:after="160"/>
      </w:pPr>
      <w:r>
        <w:rPr>
          <w:rFonts w:ascii="Calibri" w:hAnsi="Calibri"/>
          <w:b w:val="0"/>
          <w:i w:val="0"/>
          <w:color w:val="666666"/>
          <w:sz w:val="17"/>
        </w:rPr>
        <w:t>The Roberto Cimetta Fund processes this data solely to assess and administer this grant. It is kept for the duration of the programme and deleted afterwards, except where French law requires the association to keep it. You may ask to access, correct or delete your data by writing to administration@cimettafund.org.</w:t>
      </w:r>
    </w:p>
    <w:p>
      <w:pPr>
        <w:spacing w:before="120" w:after="40"/>
      </w:pPr>
      <w:r>
        <w:rPr>
          <w:rFonts w:ascii="Calibri" w:hAnsi="Calibri"/>
          <w:b/>
          <w:i w:val="0"/>
          <w:color w:val="1A1A1A"/>
          <w:sz w:val="21"/>
        </w:rPr>
        <w:t>Name, place, date and signature</w:t>
      </w:r>
    </w:p>
    <w:p>
      <w:pPr>
        <w:spacing w:before="0" w:after="60"/>
      </w:pPr>
      <w:r>
        <w:rPr>
          <w:rFonts w:ascii="Calibri" w:hAnsi="Calibri"/>
          <w:b w:val="0"/>
          <w:i/>
          <w:color w:val="666666"/>
          <w:sz w:val="18"/>
        </w:rPr>
        <w:t>Typing your name counts as a signature.</w:t>
      </w:r>
    </w:p>
    <w:p>
      <w:pPr>
        <w:spacing w:before="0" w:after="40"/>
        <w:shd w:val="clear" w:color="auto" w:fill="F4F6F7"/>
      </w:pPr>
    </w:p>
    <w:p>
      <w:pPr>
        <w:spacing w:before="0" w:after="40"/>
        <w:shd w:val="clear" w:color="auto" w:fill="F4F6F7"/>
      </w:pPr>
    </w:p>
    <w:p>
      <w:pPr>
        <w:spacing w:before="200" w:after="80"/>
      </w:pPr>
      <w:r>
        <w:rPr>
          <w:rFonts w:ascii="Calibri" w:hAnsi="Calibri"/>
          <w:b/>
          <w:i w:val="0"/>
          <w:color w:val="1E2761"/>
          <w:sz w:val="22"/>
        </w:rPr>
        <w:t>Before you send</w:t>
      </w:r>
    </w:p>
    <w:p>
      <w:pPr>
        <w:spacing w:before="0" w:after="60"/>
      </w:pPr>
      <w:r>
        <w:rPr>
          <w:rFonts w:ascii="Calibri" w:hAnsi="Calibri"/>
          <w:b w:val="0"/>
          <w:i w:val="0"/>
          <w:color w:val="1A1A1A"/>
          <w:sz w:val="21"/>
        </w:rPr>
        <w:t>☐  The form is complete.</w:t>
      </w:r>
    </w:p>
    <w:p>
      <w:pPr>
        <w:spacing w:before="0" w:after="60"/>
      </w:pPr>
      <w:r>
        <w:rPr>
          <w:rFonts w:ascii="Calibri" w:hAnsi="Calibri"/>
          <w:b w:val="0"/>
          <w:i w:val="0"/>
          <w:color w:val="1A1A1A"/>
          <w:sz w:val="21"/>
        </w:rPr>
        <w:t>☐  My CV is attached.</w:t>
      </w:r>
    </w:p>
    <w:p>
      <w:pPr>
        <w:spacing w:before="0" w:after="60"/>
      </w:pPr>
      <w:r>
        <w:rPr>
          <w:rFonts w:ascii="Calibri" w:hAnsi="Calibri"/>
          <w:b w:val="0"/>
          <w:i w:val="0"/>
          <w:color w:val="1A1A1A"/>
          <w:sz w:val="21"/>
        </w:rPr>
        <w:t>☐  The invitation or agreement from my host is attached.</w:t>
      </w:r>
    </w:p>
    <w:p>
      <w:pPr>
        <w:spacing w:before="0" w:after="60"/>
      </w:pPr>
      <w:r>
        <w:rPr>
          <w:rFonts w:ascii="Calibri" w:hAnsi="Calibri"/>
          <w:b w:val="0"/>
          <w:i w:val="0"/>
          <w:color w:val="1A1A1A"/>
          <w:sz w:val="21"/>
        </w:rPr>
        <w:t>☐  My files are named SURNAME_Firstname_COUNTRY_EMG2027.</w:t>
      </w:r>
    </w:p>
    <w:p>
      <w:pPr>
        <w:spacing w:before="0" w:after="60"/>
      </w:pPr>
      <w:r>
        <w:rPr>
          <w:rFonts w:ascii="Calibri" w:hAnsi="Calibri"/>
          <w:b w:val="0"/>
          <w:i w:val="0"/>
          <w:color w:val="1A1A1A"/>
          <w:sz w:val="21"/>
        </w:rPr>
        <w:t>☐  Everything is sent to administration@cimettafund.org before 1 November 2026.</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