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bidi/>
        <w:jc w:val="right"/>
      </w:pPr>
      <w:r>
        <w:rPr>
          <w:rFonts w:ascii="Arial" w:hAnsi="Arial" w:cs="Arial"/>
          <w:b/>
          <w:i w:val="0"/>
          <w:color w:val="1E2761"/>
          <w:sz w:val="40"/>
          <w:szCs w:val="40"/>
          <w:rtl/>
        </w:rPr>
        <w:t>صندوق روبيرتو تشيميتا</w:t>
      </w:r>
    </w:p>
    <w:p>
      <w:pPr>
        <w:spacing w:before="0" w:after="40"/>
        <w:bidi/>
        <w:jc w:val="right"/>
      </w:pPr>
      <w:r>
        <w:rPr>
          <w:rFonts w:ascii="Arial" w:hAnsi="Arial" w:cs="Arial"/>
          <w:b w:val="0"/>
          <w:i w:val="0"/>
          <w:color w:val="00626F"/>
          <w:sz w:val="24"/>
          <w:szCs w:val="24"/>
          <w:rtl/>
        </w:rPr>
        <w:t>منح التنقل للطوارئ 2027</w:t>
      </w:r>
    </w:p>
    <w:p>
      <w:pPr>
        <w:spacing w:before="0" w:after="200"/>
        <w:bidi/>
        <w:jc w:val="right"/>
      </w:pPr>
      <w:r>
        <w:rPr>
          <w:rFonts w:ascii="Arial" w:hAnsi="Arial" w:cs="Arial"/>
          <w:b/>
          <w:i w:val="0"/>
          <w:color w:val="1A1A1A"/>
          <w:sz w:val="22"/>
          <w:szCs w:val="22"/>
          <w:rtl/>
        </w:rPr>
        <w:t>استمارة الطلب</w:t>
      </w:r>
    </w:p>
    <w:p>
      <w:pPr>
        <w:spacing w:before="200" w:after="80"/>
        <w:bidi/>
        <w:jc w:val="right"/>
      </w:pPr>
      <w:r>
        <w:rPr>
          <w:rFonts w:ascii="Arial" w:hAnsi="Arial" w:cs="Arial"/>
          <w:b/>
          <w:i w:val="0"/>
          <w:color w:val="1E2761"/>
          <w:sz w:val="22"/>
          <w:szCs w:val="22"/>
          <w:rtl/>
        </w:rPr>
        <w:t>قبل البدء</w:t>
      </w:r>
    </w:p>
    <w:p>
      <w:pPr>
        <w:spacing w:before="0" w:after="40"/>
        <w:bidi/>
        <w:jc w:val="right"/>
      </w:pPr>
      <w:r>
        <w:rPr>
          <w:rFonts w:ascii="Arial" w:hAnsi="Arial" w:cs="Arial"/>
          <w:b w:val="0"/>
          <w:i w:val="0"/>
          <w:color w:val="1A1A1A"/>
          <w:sz w:val="20"/>
          <w:szCs w:val="20"/>
          <w:rtl/>
        </w:rPr>
        <w:t>الموعد النهائي للتقديم: 1 نوفمبر/تشرين ثان 2026.  ·</w:t>
      </w:r>
    </w:p>
    <w:p>
      <w:pPr>
        <w:spacing w:before="0" w:after="40"/>
        <w:bidi/>
        <w:jc w:val="right"/>
      </w:pPr>
      <w:r>
        <w:rPr>
          <w:rFonts w:ascii="Arial" w:hAnsi="Arial" w:cs="Arial"/>
          <w:b w:val="0"/>
          <w:i w:val="0"/>
          <w:color w:val="1A1A1A"/>
          <w:sz w:val="20"/>
          <w:szCs w:val="20"/>
          <w:rtl/>
        </w:rPr>
        <w:t>أرسلوا الطلب إلى administration@cimettafund.org  ·</w:t>
      </w:r>
    </w:p>
    <w:p>
      <w:pPr>
        <w:spacing w:before="0" w:after="40"/>
        <w:bidi/>
        <w:jc w:val="right"/>
      </w:pPr>
      <w:r>
        <w:rPr>
          <w:rFonts w:ascii="Arial" w:hAnsi="Arial" w:cs="Arial"/>
          <w:b w:val="0"/>
          <w:i w:val="0"/>
          <w:color w:val="1A1A1A"/>
          <w:sz w:val="20"/>
          <w:szCs w:val="20"/>
          <w:rtl/>
        </w:rPr>
        <w:t>سمّوا هذا الملف SURNAME_Firstname_COUNTRY_EMG2027. يمكن إرسال المرفقات كملفات منفصلة في البريد نفسه.  ·</w:t>
      </w:r>
    </w:p>
    <w:p>
      <w:pPr>
        <w:spacing w:before="0" w:after="40"/>
        <w:bidi/>
        <w:jc w:val="right"/>
      </w:pPr>
      <w:r>
        <w:rPr>
          <w:rFonts w:ascii="Arial" w:hAnsi="Arial" w:cs="Arial"/>
          <w:b w:val="0"/>
          <w:i w:val="0"/>
          <w:color w:val="1A1A1A"/>
          <w:sz w:val="20"/>
          <w:szCs w:val="20"/>
          <w:rtl/>
        </w:rPr>
        <w:t>يمكن تعبئة الطلب بالعربية أو الإنجليزية أو الفرنسية.  ·</w:t>
      </w:r>
    </w:p>
    <w:p>
      <w:pPr>
        <w:spacing w:before="0" w:after="40"/>
        <w:bidi/>
        <w:jc w:val="right"/>
      </w:pPr>
      <w:r>
        <w:rPr>
          <w:rFonts w:ascii="Arial" w:hAnsi="Arial" w:cs="Arial"/>
          <w:b w:val="0"/>
          <w:i w:val="0"/>
          <w:color w:val="1A1A1A"/>
          <w:sz w:val="20"/>
          <w:szCs w:val="20"/>
          <w:rtl/>
        </w:rPr>
        <w:t>قيمة المنحة 600 يورو حدّ أقصى: السفر ورسوم التأشيرة ومصروف يومي أساسي.  ·</w:t>
      </w:r>
    </w:p>
    <w:p>
      <w:pPr>
        <w:spacing w:before="0" w:after="40"/>
        <w:bidi/>
        <w:jc w:val="right"/>
      </w:pPr>
      <w:r>
        <w:rPr>
          <w:rFonts w:ascii="Arial" w:hAnsi="Arial" w:cs="Arial"/>
          <w:b w:val="0"/>
          <w:i w:val="0"/>
          <w:color w:val="1A1A1A"/>
          <w:sz w:val="20"/>
          <w:szCs w:val="20"/>
          <w:rtl/>
        </w:rPr>
        <w:t>يُفضّل إرسال روابط بدلاً من ملفات كبيرة الحجم. قد لا يصلنا البريد إذا تجاوز 10 ميغابايت.  ·</w:t>
      </w:r>
    </w:p>
    <w:p>
      <w:pPr>
        <w:spacing w:before="0" w:after="40"/>
        <w:bidi/>
        <w:jc w:val="right"/>
      </w:pPr>
      <w:r>
        <w:rPr>
          <w:rFonts w:ascii="Arial" w:hAnsi="Arial" w:cs="Arial"/>
          <w:b w:val="0"/>
          <w:i w:val="0"/>
          <w:color w:val="1A1A1A"/>
          <w:sz w:val="20"/>
          <w:szCs w:val="20"/>
          <w:rtl/>
        </w:rPr>
        <w:t>تعبئة هذه الاستمارة تستغرق نحو ثلاثين دقيقة.  ·</w:t>
      </w:r>
    </w:p>
    <w:p>
      <w:pPr>
        <w:spacing w:before="200" w:after="80"/>
        <w:bidi/>
        <w:jc w:val="right"/>
      </w:pPr>
      <w:r>
        <w:rPr>
          <w:rFonts w:ascii="Arial" w:hAnsi="Arial" w:cs="Arial"/>
          <w:b/>
          <w:i w:val="0"/>
          <w:color w:val="1E2761"/>
          <w:sz w:val="22"/>
          <w:szCs w:val="22"/>
          <w:rtl/>
        </w:rPr>
        <w:t>الوثائق المطلوبة</w:t>
      </w:r>
    </w:p>
    <w:p>
      <w:pPr>
        <w:spacing w:before="0" w:after="40"/>
        <w:bidi/>
        <w:jc w:val="right"/>
      </w:pPr>
      <w:r>
        <w:rPr>
          <w:rFonts w:ascii="Arial" w:hAnsi="Arial" w:cs="Arial"/>
          <w:b w:val="0"/>
          <w:i w:val="0"/>
          <w:color w:val="1A1A1A"/>
          <w:sz w:val="20"/>
          <w:szCs w:val="20"/>
          <w:rtl/>
        </w:rPr>
        <w:t>سيرة ذاتية حديثة، صفحة أو صفحتين.  ·</w:t>
      </w:r>
    </w:p>
    <w:p>
      <w:pPr>
        <w:spacing w:before="0" w:after="40"/>
        <w:bidi/>
        <w:jc w:val="right"/>
      </w:pPr>
      <w:r>
        <w:rPr>
          <w:rFonts w:ascii="Arial" w:hAnsi="Arial" w:cs="Arial"/>
          <w:b w:val="0"/>
          <w:i w:val="0"/>
          <w:color w:val="1A1A1A"/>
          <w:sz w:val="20"/>
          <w:szCs w:val="20"/>
          <w:rtl/>
        </w:rPr>
        <w:t>رسالة دعوة من الجهة المستضيفة أو اتفاقية معها.  ·</w:t>
      </w:r>
    </w:p>
    <w:p>
      <w:pPr>
        <w:spacing w:before="0" w:after="60"/>
        <w:bidi/>
        <w:jc w:val="right"/>
      </w:pPr>
      <w:r>
        <w:rPr>
          <w:rFonts w:ascii="Arial" w:hAnsi="Arial" w:cs="Arial"/>
          <w:b w:val="0"/>
          <w:i/>
          <w:color w:val="666666"/>
          <w:sz w:val="18"/>
          <w:szCs w:val="18"/>
          <w:rtl/>
        </w:rPr>
        <w:t>لا حاجة لرسالة نوايا منفصلة: القسمان 3 و 4 يغطيان المطلوب. روابط أعمالكم توضع في القسم 2، ولا شيء يُرفق لها.</w:t>
      </w:r>
    </w:p>
    <w:p>
      <w:pPr>
        <w:spacing w:before="280" w:after="120"/>
        <w:bidi/>
        <w:jc w:val="right"/>
      </w:pPr>
      <w:r>
        <w:rPr>
          <w:rFonts w:ascii="Arial" w:hAnsi="Arial" w:cs="Arial"/>
          <w:b/>
          <w:i w:val="0"/>
          <w:color w:val="00626F"/>
          <w:sz w:val="25"/>
          <w:szCs w:val="25"/>
          <w:rtl/>
        </w:rPr>
        <w:t>شروط الأهلية</w:t>
      </w:r>
    </w:p>
    <w:p>
      <w:pPr>
        <w:spacing w:before="0" w:after="60"/>
        <w:bidi/>
        <w:jc w:val="right"/>
      </w:pPr>
      <w:r>
        <w:rPr>
          <w:rFonts w:ascii="Arial" w:hAnsi="Arial" w:cs="Arial"/>
          <w:b w:val="0"/>
          <w:i/>
          <w:color w:val="666666"/>
          <w:sz w:val="18"/>
          <w:szCs w:val="18"/>
          <w:rtl/>
        </w:rPr>
        <w:t>يرجى وضع إشارة على الخانات الأربع. إذا لم تنطبق إحداها عليكم، فهذه الدعوة ليست المناسبة.</w:t>
      </w:r>
    </w:p>
    <w:p>
      <w:pPr>
        <w:spacing w:before="0" w:after="60"/>
        <w:bidi/>
        <w:jc w:val="right"/>
      </w:pPr>
      <w:r>
        <w:rPr>
          <w:rFonts w:ascii="Arial" w:hAnsi="Arial" w:cs="Arial"/>
          <w:b w:val="0"/>
          <w:i w:val="0"/>
          <w:color w:val="1A1A1A"/>
          <w:sz w:val="21"/>
          <w:szCs w:val="21"/>
          <w:rtl/>
        </w:rPr>
        <w:t>أنا فنان/فنانة أو ناشط ثقافي/ناشطة ثقافية من لبنان أو سوريا أو فلسطين أو اليمن أو السودان، أو أعيش فيها.  ☐</w:t>
      </w:r>
    </w:p>
    <w:p>
      <w:pPr>
        <w:spacing w:before="0" w:after="60"/>
        <w:bidi/>
        <w:jc w:val="right"/>
      </w:pPr>
      <w:r>
        <w:rPr>
          <w:rFonts w:ascii="Arial" w:hAnsi="Arial" w:cs="Arial"/>
          <w:b w:val="0"/>
          <w:i w:val="0"/>
          <w:color w:val="1A1A1A"/>
          <w:sz w:val="21"/>
          <w:szCs w:val="21"/>
          <w:rtl/>
        </w:rPr>
        <w:t>أعمل في مجال الفنون الأدائية أو الفنون متعددة الوسائط.  ☐</w:t>
      </w:r>
    </w:p>
    <w:p>
      <w:pPr>
        <w:spacing w:before="0" w:after="60"/>
        <w:bidi/>
        <w:jc w:val="right"/>
      </w:pPr>
      <w:r>
        <w:rPr>
          <w:rFonts w:ascii="Arial" w:hAnsi="Arial" w:cs="Arial"/>
          <w:b w:val="0"/>
          <w:i w:val="0"/>
          <w:color w:val="1A1A1A"/>
          <w:sz w:val="21"/>
          <w:szCs w:val="21"/>
          <w:rtl/>
        </w:rPr>
        <w:t>سوف أسافر في الفترة ما بين 16 كانون ثان/يناير و 30 حزيران/يونيو 2027.  ☐</w:t>
      </w:r>
    </w:p>
    <w:p>
      <w:pPr>
        <w:spacing w:before="0" w:after="60"/>
        <w:bidi/>
        <w:jc w:val="right"/>
      </w:pPr>
      <w:r>
        <w:rPr>
          <w:rFonts w:ascii="Arial" w:hAnsi="Arial" w:cs="Arial"/>
          <w:b w:val="0"/>
          <w:i w:val="0"/>
          <w:color w:val="1A1A1A"/>
          <w:sz w:val="21"/>
          <w:szCs w:val="21"/>
          <w:rtl/>
        </w:rPr>
        <w:t>يوجد جهة مستضيفة أو شريكة لي في بلد المقصد.  ☐</w:t>
      </w:r>
    </w:p>
    <w:p>
      <w:pPr>
        <w:spacing w:before="280" w:after="120"/>
        <w:bidi/>
        <w:jc w:val="right"/>
      </w:pPr>
      <w:r>
        <w:rPr>
          <w:rFonts w:ascii="Arial" w:hAnsi="Arial" w:cs="Arial"/>
          <w:b/>
          <w:i w:val="0"/>
          <w:color w:val="00626F"/>
          <w:sz w:val="25"/>
          <w:szCs w:val="25"/>
          <w:rtl/>
        </w:rPr>
        <w:t>1. معلومات المتقدم بالطلب</w:t>
      </w:r>
    </w:p>
    <w:p>
      <w:pPr>
        <w:spacing w:before="120" w:after="40"/>
        <w:bidi/>
        <w:jc w:val="right"/>
      </w:pPr>
      <w:r>
        <w:rPr>
          <w:rFonts w:ascii="Arial" w:hAnsi="Arial" w:cs="Arial"/>
          <w:b/>
          <w:i w:val="0"/>
          <w:color w:val="1A1A1A"/>
          <w:sz w:val="21"/>
          <w:szCs w:val="21"/>
          <w:rtl/>
        </w:rPr>
        <w:t>الاسم الكامل</w:t>
      </w:r>
    </w:p>
    <w:p>
      <w:pPr>
        <w:spacing w:before="0" w:after="40"/>
        <w:shd w:val="clear" w:color="auto" w:fill="F4F6F7"/>
        <w:bidi/>
        <w:jc w:val="right"/>
      </w:pPr>
    </w:p>
    <w:p>
      <w:pPr>
        <w:spacing w:before="120" w:after="40"/>
        <w:bidi/>
        <w:jc w:val="right"/>
      </w:pPr>
      <w:r>
        <w:rPr>
          <w:rFonts w:ascii="Arial" w:hAnsi="Arial" w:cs="Arial"/>
          <w:b/>
          <w:i w:val="0"/>
          <w:color w:val="1A1A1A"/>
          <w:sz w:val="21"/>
          <w:szCs w:val="21"/>
          <w:rtl/>
        </w:rPr>
        <w:t>هذا الطلب</w:t>
      </w:r>
    </w:p>
    <w:p>
      <w:pPr>
        <w:spacing w:before="0" w:after="60"/>
        <w:bidi/>
        <w:jc w:val="right"/>
      </w:pPr>
      <w:r>
        <w:rPr>
          <w:rFonts w:ascii="Arial" w:hAnsi="Arial" w:cs="Arial"/>
          <w:b w:val="0"/>
          <w:i w:val="0"/>
          <w:color w:val="1A1A1A"/>
          <w:sz w:val="21"/>
          <w:szCs w:val="21"/>
          <w:rtl/>
        </w:rPr>
        <w:t>بشكل منفرد  ☐</w:t>
      </w:r>
    </w:p>
    <w:p>
      <w:pPr>
        <w:spacing w:before="0" w:after="60"/>
        <w:bidi/>
        <w:jc w:val="right"/>
      </w:pPr>
      <w:r>
        <w:rPr>
          <w:rFonts w:ascii="Arial" w:hAnsi="Arial" w:cs="Arial"/>
          <w:b w:val="0"/>
          <w:i w:val="0"/>
          <w:color w:val="1A1A1A"/>
          <w:sz w:val="21"/>
          <w:szCs w:val="21"/>
          <w:rtl/>
        </w:rPr>
        <w:t>لفرقة فنية. عدد الأعضاء: ______  ☐</w:t>
      </w:r>
    </w:p>
    <w:p>
      <w:pPr>
        <w:spacing w:before="120" w:after="40"/>
        <w:bidi/>
        <w:jc w:val="right"/>
      </w:pPr>
      <w:r>
        <w:rPr>
          <w:rFonts w:ascii="Arial" w:hAnsi="Arial" w:cs="Arial"/>
          <w:b/>
          <w:i w:val="0"/>
          <w:color w:val="1A1A1A"/>
          <w:sz w:val="21"/>
          <w:szCs w:val="21"/>
          <w:rtl/>
        </w:rPr>
        <w:t>اسم الشخص للاتصال</w:t>
      </w:r>
    </w:p>
    <w:p>
      <w:pPr>
        <w:spacing w:before="0" w:after="60"/>
        <w:bidi/>
        <w:jc w:val="right"/>
      </w:pPr>
      <w:r>
        <w:rPr>
          <w:rFonts w:ascii="Arial" w:hAnsi="Arial" w:cs="Arial"/>
          <w:b w:val="0"/>
          <w:i/>
          <w:color w:val="666666"/>
          <w:sz w:val="18"/>
          <w:szCs w:val="18"/>
          <w:rtl/>
        </w:rPr>
        <w:t>إذا كان الطلب لفرقة فنية، يرجى تحديد اسم شخص واحد.</w:t>
      </w:r>
    </w:p>
    <w:p>
      <w:pPr>
        <w:spacing w:before="0" w:after="40"/>
        <w:shd w:val="clear" w:color="auto" w:fill="F4F6F7"/>
        <w:bidi/>
        <w:jc w:val="right"/>
      </w:pPr>
    </w:p>
    <w:p>
      <w:pPr>
        <w:spacing w:before="120" w:after="40"/>
        <w:bidi/>
        <w:jc w:val="right"/>
      </w:pPr>
      <w:r>
        <w:rPr>
          <w:rFonts w:ascii="Arial" w:hAnsi="Arial" w:cs="Arial"/>
          <w:b/>
          <w:i w:val="0"/>
          <w:color w:val="1A1A1A"/>
          <w:sz w:val="21"/>
          <w:szCs w:val="21"/>
          <w:rtl/>
        </w:rPr>
        <w:t>البريد الإلكتروني ورقم الهاتف</w:t>
      </w:r>
    </w:p>
    <w:p>
      <w:pPr>
        <w:spacing w:before="0" w:after="60"/>
        <w:bidi/>
        <w:jc w:val="right"/>
      </w:pPr>
      <w:r>
        <w:rPr>
          <w:rFonts w:ascii="Arial" w:hAnsi="Arial" w:cs="Arial"/>
          <w:b w:val="0"/>
          <w:i/>
          <w:color w:val="666666"/>
          <w:sz w:val="18"/>
          <w:szCs w:val="18"/>
          <w:rtl/>
        </w:rPr>
        <w:t>يرجى تحديد فيما إذا كان الرقم على واتساب أو سيغنال.</w:t>
      </w:r>
    </w:p>
    <w:p>
      <w:pPr>
        <w:spacing w:before="0" w:after="40"/>
        <w:shd w:val="clear" w:color="auto" w:fill="F4F6F7"/>
        <w:bidi/>
        <w:jc w:val="right"/>
      </w:pPr>
    </w:p>
    <w:p>
      <w:pPr>
        <w:spacing w:before="120" w:after="40"/>
        <w:bidi/>
        <w:jc w:val="right"/>
      </w:pPr>
      <w:r>
        <w:rPr>
          <w:rFonts w:ascii="Arial" w:hAnsi="Arial" w:cs="Arial"/>
          <w:b/>
          <w:i w:val="0"/>
          <w:color w:val="1A1A1A"/>
          <w:sz w:val="21"/>
          <w:szCs w:val="21"/>
          <w:rtl/>
        </w:rPr>
        <w:t>مدينة وبلد الإقامة</w:t>
      </w:r>
    </w:p>
    <w:p>
      <w:pPr>
        <w:spacing w:before="0" w:after="40"/>
        <w:shd w:val="clear" w:color="auto" w:fill="F4F6F7"/>
        <w:bidi/>
        <w:jc w:val="right"/>
      </w:pPr>
    </w:p>
    <w:p>
      <w:pPr>
        <w:spacing w:before="120" w:after="40"/>
        <w:bidi/>
        <w:jc w:val="right"/>
      </w:pPr>
      <w:r>
        <w:rPr>
          <w:rFonts w:ascii="Arial" w:hAnsi="Arial" w:cs="Arial"/>
          <w:b/>
          <w:i w:val="0"/>
          <w:color w:val="1A1A1A"/>
          <w:sz w:val="21"/>
          <w:szCs w:val="21"/>
          <w:rtl/>
        </w:rPr>
        <w:t>بلد الأصل أو الجنسية</w:t>
      </w:r>
    </w:p>
    <w:p>
      <w:pPr>
        <w:spacing w:before="0" w:after="40"/>
        <w:shd w:val="clear" w:color="auto" w:fill="F4F6F7"/>
        <w:bidi/>
        <w:jc w:val="right"/>
      </w:pPr>
    </w:p>
    <w:p>
      <w:pPr>
        <w:spacing w:before="120" w:after="40"/>
        <w:bidi/>
        <w:jc w:val="right"/>
      </w:pPr>
      <w:r>
        <w:rPr>
          <w:rFonts w:ascii="Arial" w:hAnsi="Arial" w:cs="Arial"/>
          <w:b/>
          <w:i w:val="0"/>
          <w:color w:val="1A1A1A"/>
          <w:sz w:val="21"/>
          <w:szCs w:val="21"/>
          <w:rtl/>
        </w:rPr>
        <w:t>المجال الفني</w:t>
      </w:r>
    </w:p>
    <w:p>
      <w:pPr>
        <w:spacing w:before="0" w:after="40"/>
        <w:shd w:val="clear" w:color="auto" w:fill="F4F6F7"/>
        <w:bidi/>
        <w:jc w:val="right"/>
      </w:pPr>
    </w:p>
    <w:p>
      <w:pPr>
        <w:spacing w:before="120" w:after="40"/>
        <w:bidi/>
        <w:jc w:val="right"/>
      </w:pPr>
      <w:r>
        <w:rPr>
          <w:rFonts w:ascii="Arial" w:hAnsi="Arial" w:cs="Arial"/>
          <w:b/>
          <w:i w:val="0"/>
          <w:color w:val="1A1A1A"/>
          <w:sz w:val="21"/>
          <w:szCs w:val="21"/>
          <w:rtl/>
        </w:rPr>
        <w:t>الموقع الإلكتروني أو الملف الفني أو وسائل التواصل</w:t>
      </w:r>
    </w:p>
    <w:p>
      <w:pPr>
        <w:spacing w:before="0" w:after="60"/>
        <w:bidi/>
        <w:jc w:val="right"/>
      </w:pPr>
      <w:r>
        <w:rPr>
          <w:rFonts w:ascii="Arial" w:hAnsi="Arial" w:cs="Arial"/>
          <w:b w:val="0"/>
          <w:i/>
          <w:color w:val="666666"/>
          <w:sz w:val="18"/>
          <w:szCs w:val="18"/>
          <w:rtl/>
        </w:rPr>
        <w:t>اختياري.</w:t>
      </w:r>
    </w:p>
    <w:p>
      <w:pPr>
        <w:spacing w:before="0" w:after="40"/>
        <w:shd w:val="clear" w:color="auto" w:fill="F4F6F7"/>
        <w:bidi/>
        <w:jc w:val="right"/>
      </w:pPr>
    </w:p>
    <w:p>
      <w:pPr>
        <w:spacing w:before="120" w:after="40"/>
        <w:bidi/>
        <w:jc w:val="right"/>
      </w:pPr>
      <w:r>
        <w:rPr>
          <w:rFonts w:ascii="Arial" w:hAnsi="Arial" w:cs="Arial"/>
          <w:b/>
          <w:i w:val="0"/>
          <w:color w:val="1A1A1A"/>
          <w:sz w:val="21"/>
          <w:szCs w:val="21"/>
          <w:rtl/>
        </w:rPr>
        <w:t>سيرة ذاتية مختصرة</w:t>
      </w:r>
    </w:p>
    <w:p>
      <w:pPr>
        <w:spacing w:before="0" w:after="60"/>
        <w:bidi/>
        <w:jc w:val="right"/>
      </w:pPr>
      <w:r>
        <w:rPr>
          <w:rFonts w:ascii="Arial" w:hAnsi="Arial" w:cs="Arial"/>
          <w:b w:val="0"/>
          <w:i/>
          <w:color w:val="666666"/>
          <w:sz w:val="18"/>
          <w:szCs w:val="18"/>
          <w:rtl/>
        </w:rPr>
        <w:t>120 كلمة حدّ أقصى.</w:t>
      </w:r>
    </w:p>
    <w:p>
      <w:pPr>
        <w:spacing w:before="0" w:after="40"/>
        <w:shd w:val="clear" w:color="auto" w:fill="F4F6F7"/>
        <w:bidi/>
        <w:jc w:val="right"/>
      </w:pPr>
    </w:p>
    <w:p>
      <w:pPr>
        <w:spacing w:before="0" w:after="40"/>
        <w:shd w:val="clear" w:color="auto" w:fill="F4F6F7"/>
        <w:bidi/>
        <w:jc w:val="right"/>
      </w:pPr>
    </w:p>
    <w:p>
      <w:pPr>
        <w:spacing w:before="0" w:after="40"/>
        <w:shd w:val="clear" w:color="auto" w:fill="F4F6F7"/>
        <w:bidi/>
        <w:jc w:val="right"/>
      </w:pPr>
    </w:p>
    <w:p>
      <w:pPr>
        <w:spacing w:before="0" w:after="40"/>
        <w:shd w:val="clear" w:color="auto" w:fill="F4F6F7"/>
        <w:bidi/>
        <w:jc w:val="right"/>
      </w:pPr>
    </w:p>
    <w:p>
      <w:pPr>
        <w:spacing w:before="280" w:after="120"/>
        <w:bidi/>
        <w:jc w:val="right"/>
      </w:pPr>
      <w:r>
        <w:rPr>
          <w:rFonts w:ascii="Arial" w:hAnsi="Arial" w:cs="Arial"/>
          <w:b/>
          <w:i w:val="0"/>
          <w:color w:val="00626F"/>
          <w:sz w:val="25"/>
          <w:szCs w:val="25"/>
          <w:rtl/>
        </w:rPr>
        <w:t>2. أعمالكم</w:t>
      </w:r>
    </w:p>
    <w:p>
      <w:pPr>
        <w:spacing w:before="0" w:after="60"/>
        <w:bidi/>
        <w:jc w:val="right"/>
      </w:pPr>
      <w:r>
        <w:rPr>
          <w:rFonts w:ascii="Arial" w:hAnsi="Arial" w:cs="Arial"/>
          <w:b w:val="0"/>
          <w:i/>
          <w:color w:val="666666"/>
          <w:sz w:val="18"/>
          <w:szCs w:val="18"/>
          <w:rtl/>
        </w:rPr>
        <w:t>من رابط واحد إلى خمسة روابط: فيديو، صوت، تغطية إعلامية، توثيق. الروابط أيسر علينا من الملفات. وإذا كنتم في بداية مساركم ولا تملكون بعد رصيداً من الأعمال، فأرونا المشروع الذي تعملون عليه الآن. هذا يكفي.</w:t>
      </w:r>
    </w:p>
    <w:p>
      <w:pPr>
        <w:spacing w:before="120" w:after="40"/>
        <w:bidi/>
        <w:jc w:val="right"/>
      </w:pPr>
      <w:r>
        <w:rPr>
          <w:rFonts w:ascii="Arial" w:hAnsi="Arial" w:cs="Arial"/>
          <w:b/>
          <w:i w:val="0"/>
          <w:color w:val="1A1A1A"/>
          <w:sz w:val="21"/>
          <w:szCs w:val="21"/>
          <w:rtl/>
        </w:rPr>
        <w:t>1.</w:t>
      </w:r>
    </w:p>
    <w:p>
      <w:pPr>
        <w:spacing w:before="0" w:after="40"/>
        <w:shd w:val="clear" w:color="auto" w:fill="F4F6F7"/>
        <w:bidi/>
        <w:jc w:val="right"/>
      </w:pPr>
    </w:p>
    <w:p>
      <w:pPr>
        <w:spacing w:before="120" w:after="40"/>
        <w:bidi/>
        <w:jc w:val="right"/>
      </w:pPr>
      <w:r>
        <w:rPr>
          <w:rFonts w:ascii="Arial" w:hAnsi="Arial" w:cs="Arial"/>
          <w:b/>
          <w:i w:val="0"/>
          <w:color w:val="1A1A1A"/>
          <w:sz w:val="21"/>
          <w:szCs w:val="21"/>
          <w:rtl/>
        </w:rPr>
        <w:t>2.</w:t>
      </w:r>
    </w:p>
    <w:p>
      <w:pPr>
        <w:spacing w:before="0" w:after="40"/>
        <w:shd w:val="clear" w:color="auto" w:fill="F4F6F7"/>
        <w:bidi/>
        <w:jc w:val="right"/>
      </w:pPr>
    </w:p>
    <w:p>
      <w:pPr>
        <w:spacing w:before="120" w:after="40"/>
        <w:bidi/>
        <w:jc w:val="right"/>
      </w:pPr>
      <w:r>
        <w:rPr>
          <w:rFonts w:ascii="Arial" w:hAnsi="Arial" w:cs="Arial"/>
          <w:b/>
          <w:i w:val="0"/>
          <w:color w:val="1A1A1A"/>
          <w:sz w:val="21"/>
          <w:szCs w:val="21"/>
          <w:rtl/>
        </w:rPr>
        <w:t>3.</w:t>
      </w:r>
    </w:p>
    <w:p>
      <w:pPr>
        <w:spacing w:before="0" w:after="40"/>
        <w:shd w:val="clear" w:color="auto" w:fill="F4F6F7"/>
        <w:bidi/>
        <w:jc w:val="right"/>
      </w:pPr>
    </w:p>
    <w:p>
      <w:pPr>
        <w:spacing w:before="120" w:after="40"/>
        <w:bidi/>
        <w:jc w:val="right"/>
      </w:pPr>
      <w:r>
        <w:rPr>
          <w:rFonts w:ascii="Arial" w:hAnsi="Arial" w:cs="Arial"/>
          <w:b/>
          <w:i w:val="0"/>
          <w:color w:val="1A1A1A"/>
          <w:sz w:val="21"/>
          <w:szCs w:val="21"/>
          <w:rtl/>
        </w:rPr>
        <w:t>4.</w:t>
      </w:r>
    </w:p>
    <w:p>
      <w:pPr>
        <w:spacing w:before="0" w:after="40"/>
        <w:shd w:val="clear" w:color="auto" w:fill="F4F6F7"/>
        <w:bidi/>
        <w:jc w:val="right"/>
      </w:pPr>
    </w:p>
    <w:p>
      <w:pPr>
        <w:spacing w:before="120" w:after="40"/>
        <w:bidi/>
        <w:jc w:val="right"/>
      </w:pPr>
      <w:r>
        <w:rPr>
          <w:rFonts w:ascii="Arial" w:hAnsi="Arial" w:cs="Arial"/>
          <w:b/>
          <w:i w:val="0"/>
          <w:color w:val="1A1A1A"/>
          <w:sz w:val="21"/>
          <w:szCs w:val="21"/>
          <w:rtl/>
        </w:rPr>
        <w:t>5.</w:t>
      </w:r>
    </w:p>
    <w:p>
      <w:pPr>
        <w:spacing w:before="0" w:after="40"/>
        <w:shd w:val="clear" w:color="auto" w:fill="F4F6F7"/>
        <w:bidi/>
        <w:jc w:val="right"/>
      </w:pPr>
    </w:p>
    <w:p>
      <w:pPr>
        <w:spacing w:before="280" w:after="120"/>
        <w:bidi/>
        <w:jc w:val="right"/>
      </w:pPr>
      <w:r>
        <w:rPr>
          <w:rFonts w:ascii="Arial" w:hAnsi="Arial" w:cs="Arial"/>
          <w:b/>
          <w:i w:val="0"/>
          <w:color w:val="00626F"/>
          <w:sz w:val="25"/>
          <w:szCs w:val="25"/>
          <w:rtl/>
        </w:rPr>
        <w:t>3. المشروع</w:t>
      </w:r>
    </w:p>
    <w:p>
      <w:pPr>
        <w:spacing w:before="120" w:after="40"/>
        <w:bidi/>
        <w:jc w:val="right"/>
      </w:pPr>
      <w:r>
        <w:rPr>
          <w:rFonts w:ascii="Arial" w:hAnsi="Arial" w:cs="Arial"/>
          <w:b/>
          <w:i w:val="0"/>
          <w:color w:val="1A1A1A"/>
          <w:sz w:val="21"/>
          <w:szCs w:val="21"/>
          <w:rtl/>
        </w:rPr>
        <w:t>عنوان المشروع</w:t>
      </w:r>
    </w:p>
    <w:p>
      <w:pPr>
        <w:spacing w:before="0" w:after="40"/>
        <w:shd w:val="clear" w:color="auto" w:fill="F4F6F7"/>
        <w:bidi/>
        <w:jc w:val="right"/>
      </w:pPr>
    </w:p>
    <w:p>
      <w:pPr>
        <w:spacing w:before="120" w:after="40"/>
        <w:bidi/>
        <w:jc w:val="right"/>
      </w:pPr>
      <w:r>
        <w:rPr>
          <w:rFonts w:ascii="Arial" w:hAnsi="Arial" w:cs="Arial"/>
          <w:b/>
          <w:i w:val="0"/>
          <w:color w:val="1A1A1A"/>
          <w:sz w:val="21"/>
          <w:szCs w:val="21"/>
          <w:rtl/>
        </w:rPr>
        <w:t>ما هو المشروع</w:t>
      </w:r>
    </w:p>
    <w:p>
      <w:pPr>
        <w:spacing w:before="0" w:after="60"/>
        <w:bidi/>
        <w:jc w:val="right"/>
      </w:pPr>
      <w:r>
        <w:rPr>
          <w:rFonts w:ascii="Arial" w:hAnsi="Arial" w:cs="Arial"/>
          <w:b w:val="0"/>
          <w:i/>
          <w:color w:val="666666"/>
          <w:sz w:val="18"/>
          <w:szCs w:val="18"/>
          <w:rtl/>
        </w:rPr>
        <w:t>250 كلمة حدّ أقصى. ما هو، ومع من، وأين وصلتم في تطويره، وما الذي تتوقعون أن ينتج عن هذه الرحلة.</w:t>
      </w:r>
    </w:p>
    <w:p>
      <w:pPr>
        <w:spacing w:before="0" w:after="40"/>
        <w:shd w:val="clear" w:color="auto" w:fill="F4F6F7"/>
        <w:bidi/>
        <w:jc w:val="right"/>
      </w:pPr>
    </w:p>
    <w:p>
      <w:pPr>
        <w:spacing w:before="0" w:after="40"/>
        <w:shd w:val="clear" w:color="auto" w:fill="F4F6F7"/>
        <w:bidi/>
        <w:jc w:val="right"/>
      </w:pPr>
    </w:p>
    <w:p>
      <w:pPr>
        <w:spacing w:before="0" w:after="40"/>
        <w:shd w:val="clear" w:color="auto" w:fill="F4F6F7"/>
        <w:bidi/>
        <w:jc w:val="right"/>
      </w:pPr>
    </w:p>
    <w:p>
      <w:pPr>
        <w:spacing w:before="0" w:after="40"/>
        <w:shd w:val="clear" w:color="auto" w:fill="F4F6F7"/>
        <w:bidi/>
        <w:jc w:val="right"/>
      </w:pPr>
    </w:p>
    <w:p>
      <w:pPr>
        <w:spacing w:before="0" w:after="40"/>
        <w:shd w:val="clear" w:color="auto" w:fill="F4F6F7"/>
        <w:bidi/>
        <w:jc w:val="right"/>
      </w:pPr>
    </w:p>
    <w:p>
      <w:pPr>
        <w:spacing w:before="0" w:after="40"/>
        <w:shd w:val="clear" w:color="auto" w:fill="F4F6F7"/>
        <w:bidi/>
        <w:jc w:val="right"/>
      </w:pPr>
    </w:p>
    <w:p>
      <w:pPr>
        <w:spacing w:before="0" w:after="40"/>
        <w:shd w:val="clear" w:color="auto" w:fill="F4F6F7"/>
        <w:bidi/>
        <w:jc w:val="right"/>
      </w:pPr>
    </w:p>
    <w:p>
      <w:pPr>
        <w:spacing w:before="0" w:after="40"/>
        <w:shd w:val="clear" w:color="auto" w:fill="F4F6F7"/>
        <w:bidi/>
        <w:jc w:val="right"/>
      </w:pPr>
    </w:p>
    <w:p>
      <w:pPr>
        <w:spacing w:before="280" w:after="120"/>
        <w:bidi/>
        <w:jc w:val="right"/>
      </w:pPr>
      <w:r>
        <w:rPr>
          <w:rFonts w:ascii="Arial" w:hAnsi="Arial" w:cs="Arial"/>
          <w:b/>
          <w:i w:val="0"/>
          <w:color w:val="00626F"/>
          <w:sz w:val="25"/>
          <w:szCs w:val="25"/>
          <w:rtl/>
        </w:rPr>
        <w:t>4. السفر</w:t>
      </w:r>
    </w:p>
    <w:p>
      <w:pPr>
        <w:spacing w:before="120" w:after="40"/>
        <w:bidi/>
        <w:jc w:val="right"/>
      </w:pPr>
      <w:r>
        <w:rPr>
          <w:rFonts w:ascii="Arial" w:hAnsi="Arial" w:cs="Arial"/>
          <w:b/>
          <w:i w:val="0"/>
          <w:color w:val="1A1A1A"/>
          <w:sz w:val="21"/>
          <w:szCs w:val="21"/>
          <w:rtl/>
        </w:rPr>
        <w:t>مسار السفر</w:t>
      </w:r>
    </w:p>
    <w:p>
      <w:pPr>
        <w:spacing w:before="0" w:after="60"/>
        <w:bidi/>
        <w:jc w:val="right"/>
      </w:pPr>
      <w:r>
        <w:rPr>
          <w:rFonts w:ascii="Arial" w:hAnsi="Arial" w:cs="Arial"/>
          <w:b w:val="0"/>
          <w:i/>
          <w:color w:val="666666"/>
          <w:sz w:val="18"/>
          <w:szCs w:val="18"/>
          <w:rtl/>
        </w:rPr>
        <w:t>من المدينة والبلد إلى المدينة والبلد.</w:t>
      </w:r>
    </w:p>
    <w:p>
      <w:pPr>
        <w:spacing w:before="0" w:after="40"/>
        <w:shd w:val="clear" w:color="auto" w:fill="F4F6F7"/>
        <w:bidi/>
        <w:jc w:val="right"/>
      </w:pPr>
    </w:p>
    <w:p>
      <w:pPr>
        <w:spacing w:before="120" w:after="40"/>
        <w:bidi/>
        <w:jc w:val="right"/>
      </w:pPr>
      <w:r>
        <w:rPr>
          <w:rFonts w:ascii="Arial" w:hAnsi="Arial" w:cs="Arial"/>
          <w:b/>
          <w:i w:val="0"/>
          <w:color w:val="1A1A1A"/>
          <w:sz w:val="21"/>
          <w:szCs w:val="21"/>
          <w:rtl/>
        </w:rPr>
        <w:t>تواريخ السفر</w:t>
      </w:r>
    </w:p>
    <w:p>
      <w:pPr>
        <w:spacing w:before="0" w:after="60"/>
        <w:bidi/>
        <w:jc w:val="right"/>
      </w:pPr>
      <w:r>
        <w:rPr>
          <w:rFonts w:ascii="Arial" w:hAnsi="Arial" w:cs="Arial"/>
          <w:b w:val="0"/>
          <w:i/>
          <w:color w:val="666666"/>
          <w:sz w:val="18"/>
          <w:szCs w:val="18"/>
          <w:rtl/>
        </w:rPr>
        <w:t>المغادرة والعودة وإجمالي المدة. بين 16 كانون ثان/يناير و 30 حزيران/يونيو 2027.</w:t>
      </w:r>
    </w:p>
    <w:p>
      <w:pPr>
        <w:spacing w:before="0" w:after="40"/>
        <w:shd w:val="clear" w:color="auto" w:fill="F4F6F7"/>
        <w:bidi/>
        <w:jc w:val="right"/>
      </w:pPr>
    </w:p>
    <w:p>
      <w:pPr>
        <w:spacing w:before="120" w:after="40"/>
        <w:bidi/>
        <w:jc w:val="right"/>
      </w:pPr>
      <w:r>
        <w:rPr>
          <w:rFonts w:ascii="Arial" w:hAnsi="Arial" w:cs="Arial"/>
          <w:b/>
          <w:i w:val="0"/>
          <w:color w:val="1A1A1A"/>
          <w:sz w:val="21"/>
          <w:szCs w:val="21"/>
          <w:rtl/>
        </w:rPr>
        <w:t>وسيلة السفر</w:t>
      </w:r>
    </w:p>
    <w:p>
      <w:pPr>
        <w:spacing w:before="0" w:after="60"/>
        <w:bidi/>
        <w:jc w:val="right"/>
      </w:pPr>
      <w:r>
        <w:rPr>
          <w:rFonts w:ascii="Arial" w:hAnsi="Arial" w:cs="Arial"/>
          <w:b w:val="0"/>
          <w:i w:val="0"/>
          <w:color w:val="1A1A1A"/>
          <w:sz w:val="21"/>
          <w:szCs w:val="21"/>
          <w:rtl/>
        </w:rPr>
        <w:t>البر  ☐</w:t>
      </w:r>
    </w:p>
    <w:p>
      <w:pPr>
        <w:spacing w:before="0" w:after="60"/>
        <w:bidi/>
        <w:jc w:val="right"/>
      </w:pPr>
      <w:r>
        <w:rPr>
          <w:rFonts w:ascii="Arial" w:hAnsi="Arial" w:cs="Arial"/>
          <w:b w:val="0"/>
          <w:i w:val="0"/>
          <w:color w:val="1A1A1A"/>
          <w:sz w:val="21"/>
          <w:szCs w:val="21"/>
          <w:rtl/>
        </w:rPr>
        <w:t>قطار  ☐</w:t>
      </w:r>
    </w:p>
    <w:p>
      <w:pPr>
        <w:spacing w:before="0" w:after="60"/>
        <w:bidi/>
        <w:jc w:val="right"/>
      </w:pPr>
      <w:r>
        <w:rPr>
          <w:rFonts w:ascii="Arial" w:hAnsi="Arial" w:cs="Arial"/>
          <w:b w:val="0"/>
          <w:i w:val="0"/>
          <w:color w:val="1A1A1A"/>
          <w:sz w:val="21"/>
          <w:szCs w:val="21"/>
          <w:rtl/>
        </w:rPr>
        <w:t>طائرة  ☐</w:t>
      </w:r>
    </w:p>
    <w:p>
      <w:pPr>
        <w:spacing w:before="120" w:after="40"/>
        <w:bidi/>
        <w:jc w:val="right"/>
      </w:pPr>
      <w:r>
        <w:rPr>
          <w:rFonts w:ascii="Arial" w:hAnsi="Arial" w:cs="Arial"/>
          <w:b/>
          <w:i w:val="0"/>
          <w:color w:val="1A1A1A"/>
          <w:sz w:val="21"/>
          <w:szCs w:val="21"/>
          <w:rtl/>
        </w:rPr>
        <w:t>نوع النشاط</w:t>
      </w:r>
    </w:p>
    <w:p>
      <w:pPr>
        <w:spacing w:before="0" w:after="60"/>
        <w:bidi/>
        <w:jc w:val="right"/>
      </w:pPr>
      <w:r>
        <w:rPr>
          <w:rFonts w:ascii="Arial" w:hAnsi="Arial" w:cs="Arial"/>
          <w:b w:val="0"/>
          <w:i w:val="0"/>
          <w:color w:val="1A1A1A"/>
          <w:sz w:val="21"/>
          <w:szCs w:val="21"/>
          <w:rtl/>
        </w:rPr>
        <w:t>تدريب فني مهني  ☐</w:t>
      </w:r>
    </w:p>
    <w:p>
      <w:pPr>
        <w:spacing w:before="0" w:after="60"/>
        <w:bidi/>
        <w:jc w:val="right"/>
      </w:pPr>
      <w:r>
        <w:rPr>
          <w:rFonts w:ascii="Arial" w:hAnsi="Arial" w:cs="Arial"/>
          <w:b w:val="0"/>
          <w:i w:val="0"/>
          <w:color w:val="1A1A1A"/>
          <w:sz w:val="21"/>
          <w:szCs w:val="21"/>
          <w:rtl/>
        </w:rPr>
        <w:t>إنتاج وإقامة فنية  ☐</w:t>
      </w:r>
    </w:p>
    <w:p>
      <w:pPr>
        <w:spacing w:before="0" w:after="60"/>
        <w:bidi/>
        <w:jc w:val="right"/>
      </w:pPr>
      <w:r>
        <w:rPr>
          <w:rFonts w:ascii="Arial" w:hAnsi="Arial" w:cs="Arial"/>
          <w:b w:val="0"/>
          <w:i w:val="0"/>
          <w:color w:val="1A1A1A"/>
          <w:sz w:val="21"/>
          <w:szCs w:val="21"/>
          <w:rtl/>
        </w:rPr>
        <w:t>تشبيك وعروض  ☐</w:t>
      </w:r>
    </w:p>
    <w:p>
      <w:pPr>
        <w:spacing w:before="120" w:after="40"/>
        <w:bidi/>
        <w:jc w:val="right"/>
      </w:pPr>
      <w:r>
        <w:rPr>
          <w:rFonts w:ascii="Arial" w:hAnsi="Arial" w:cs="Arial"/>
          <w:b/>
          <w:i w:val="0"/>
          <w:color w:val="1A1A1A"/>
          <w:sz w:val="21"/>
          <w:szCs w:val="21"/>
          <w:rtl/>
        </w:rPr>
        <w:t>ما حاجتكم للسفر الآن وإلى هذه الوجهة؟</w:t>
      </w:r>
    </w:p>
    <w:p>
      <w:pPr>
        <w:spacing w:before="0" w:after="60"/>
        <w:bidi/>
        <w:jc w:val="right"/>
      </w:pPr>
      <w:r>
        <w:rPr>
          <w:rFonts w:ascii="Arial" w:hAnsi="Arial" w:cs="Arial"/>
          <w:b w:val="0"/>
          <w:i/>
          <w:color w:val="666666"/>
          <w:sz w:val="18"/>
          <w:szCs w:val="18"/>
          <w:rtl/>
        </w:rPr>
        <w:t>250 كلمة حدّ أقصى. هذا السؤال هو الأهم. فسّروا لماذا يجب أن تقوموا بهذه الرحلة الآن، وما الذي سيضيع إن لم تتمكنوا من السفر.</w:t>
      </w:r>
    </w:p>
    <w:p>
      <w:pPr>
        <w:spacing w:before="0" w:after="40"/>
        <w:shd w:val="clear" w:color="auto" w:fill="F4F6F7"/>
        <w:bidi/>
        <w:jc w:val="right"/>
      </w:pPr>
    </w:p>
    <w:p>
      <w:pPr>
        <w:spacing w:before="0" w:after="40"/>
        <w:shd w:val="clear" w:color="auto" w:fill="F4F6F7"/>
        <w:bidi/>
        <w:jc w:val="right"/>
      </w:pPr>
    </w:p>
    <w:p>
      <w:pPr>
        <w:spacing w:before="0" w:after="40"/>
        <w:shd w:val="clear" w:color="auto" w:fill="F4F6F7"/>
        <w:bidi/>
        <w:jc w:val="right"/>
      </w:pPr>
    </w:p>
    <w:p>
      <w:pPr>
        <w:spacing w:before="0" w:after="40"/>
        <w:shd w:val="clear" w:color="auto" w:fill="F4F6F7"/>
        <w:bidi/>
        <w:jc w:val="right"/>
      </w:pPr>
    </w:p>
    <w:p>
      <w:pPr>
        <w:spacing w:before="0" w:after="40"/>
        <w:shd w:val="clear" w:color="auto" w:fill="F4F6F7"/>
        <w:bidi/>
        <w:jc w:val="right"/>
      </w:pPr>
    </w:p>
    <w:p>
      <w:pPr>
        <w:spacing w:before="0" w:after="40"/>
        <w:shd w:val="clear" w:color="auto" w:fill="F4F6F7"/>
        <w:bidi/>
        <w:jc w:val="right"/>
      </w:pPr>
    </w:p>
    <w:p>
      <w:pPr>
        <w:spacing w:before="0" w:after="40"/>
        <w:shd w:val="clear" w:color="auto" w:fill="F4F6F7"/>
        <w:bidi/>
        <w:jc w:val="right"/>
      </w:pPr>
    </w:p>
    <w:p>
      <w:pPr>
        <w:spacing w:before="0" w:after="40"/>
        <w:shd w:val="clear" w:color="auto" w:fill="F4F6F7"/>
        <w:bidi/>
        <w:jc w:val="right"/>
      </w:pPr>
    </w:p>
    <w:p>
      <w:pPr>
        <w:spacing w:before="160" w:after="40"/>
        <w:bidi/>
        <w:jc w:val="right"/>
      </w:pPr>
      <w:r>
        <w:rPr>
          <w:rFonts w:ascii="Arial" w:hAnsi="Arial" w:cs="Arial"/>
          <w:b/>
          <w:i w:val="0"/>
          <w:color w:val="1A1A1A"/>
          <w:sz w:val="21"/>
          <w:szCs w:val="21"/>
          <w:rtl/>
        </w:rPr>
        <w:t>هل تحتاجون لتأشيرة أو إذن سفر إلى بلد المقصد؟</w:t>
      </w:r>
    </w:p>
    <w:p>
      <w:pPr>
        <w:spacing w:before="0" w:after="60"/>
        <w:bidi/>
        <w:jc w:val="right"/>
      </w:pPr>
      <w:r>
        <w:rPr>
          <w:rFonts w:ascii="Arial" w:hAnsi="Arial" w:cs="Arial"/>
          <w:b w:val="0"/>
          <w:i w:val="0"/>
          <w:color w:val="1A1A1A"/>
          <w:sz w:val="21"/>
          <w:szCs w:val="21"/>
          <w:rtl/>
        </w:rPr>
        <w:t>نعم  ☐</w:t>
      </w:r>
    </w:p>
    <w:p>
      <w:pPr>
        <w:spacing w:before="0" w:after="60"/>
        <w:bidi/>
        <w:jc w:val="right"/>
      </w:pPr>
      <w:r>
        <w:rPr>
          <w:rFonts w:ascii="Arial" w:hAnsi="Arial" w:cs="Arial"/>
          <w:b w:val="0"/>
          <w:i w:val="0"/>
          <w:color w:val="1A1A1A"/>
          <w:sz w:val="21"/>
          <w:szCs w:val="21"/>
          <w:rtl/>
        </w:rPr>
        <w:t>لا  ☐</w:t>
      </w:r>
    </w:p>
    <w:p>
      <w:pPr>
        <w:spacing w:before="0" w:after="60"/>
        <w:bidi/>
        <w:jc w:val="right"/>
      </w:pPr>
      <w:r>
        <w:rPr>
          <w:rFonts w:ascii="Arial" w:hAnsi="Arial" w:cs="Arial"/>
          <w:b w:val="0"/>
          <w:i w:val="0"/>
          <w:color w:val="1A1A1A"/>
          <w:sz w:val="21"/>
          <w:szCs w:val="21"/>
          <w:rtl/>
        </w:rPr>
        <w:t>لا أعرف  ☐</w:t>
      </w:r>
    </w:p>
    <w:p>
      <w:pPr>
        <w:spacing w:before="120" w:after="40"/>
        <w:bidi/>
        <w:jc w:val="right"/>
      </w:pPr>
      <w:r>
        <w:rPr>
          <w:rFonts w:ascii="Arial" w:hAnsi="Arial" w:cs="Arial"/>
          <w:b/>
          <w:i w:val="0"/>
          <w:color w:val="1A1A1A"/>
          <w:sz w:val="21"/>
          <w:szCs w:val="21"/>
          <w:rtl/>
        </w:rPr>
        <w:t>جواز أو وثيقة السفر</w:t>
      </w:r>
    </w:p>
    <w:p>
      <w:pPr>
        <w:spacing w:before="0" w:after="60"/>
        <w:bidi/>
        <w:jc w:val="right"/>
      </w:pPr>
      <w:r>
        <w:rPr>
          <w:rFonts w:ascii="Arial" w:hAnsi="Arial" w:cs="Arial"/>
          <w:b w:val="0"/>
          <w:i/>
          <w:color w:val="666666"/>
          <w:sz w:val="18"/>
          <w:szCs w:val="18"/>
          <w:rtl/>
        </w:rPr>
        <w:t>صادرة عن (اسم الدولة) وصالحة لغاية (التاريخ).</w:t>
      </w:r>
    </w:p>
    <w:p>
      <w:pPr>
        <w:spacing w:before="0" w:after="40"/>
        <w:shd w:val="clear" w:color="auto" w:fill="F4F6F7"/>
        <w:bidi/>
        <w:jc w:val="right"/>
      </w:pPr>
    </w:p>
    <w:p>
      <w:pPr>
        <w:spacing w:before="120" w:after="40"/>
        <w:bidi/>
        <w:jc w:val="right"/>
      </w:pPr>
      <w:r>
        <w:rPr>
          <w:rFonts w:ascii="Arial" w:hAnsi="Arial" w:cs="Arial"/>
          <w:b/>
          <w:i w:val="0"/>
          <w:color w:val="1A1A1A"/>
          <w:sz w:val="21"/>
          <w:szCs w:val="21"/>
          <w:rtl/>
        </w:rPr>
        <w:t>ما ينبغي أن نعرفه عن وثائق سفركم</w:t>
      </w:r>
    </w:p>
    <w:p>
      <w:pPr>
        <w:spacing w:before="0" w:after="60"/>
        <w:bidi/>
        <w:jc w:val="right"/>
      </w:pPr>
      <w:r>
        <w:rPr>
          <w:rFonts w:ascii="Arial" w:hAnsi="Arial" w:cs="Arial"/>
          <w:b w:val="0"/>
          <w:i/>
          <w:color w:val="666666"/>
          <w:sz w:val="18"/>
          <w:szCs w:val="18"/>
          <w:rtl/>
        </w:rPr>
        <w:t>اختياري. منح السفر تضيع كثيراً بسبب تأخيرات قنصلية. إخبارنا مبكراً يتيح لنا المساعدة، ولا يُحسب ضدكم.</w:t>
      </w:r>
    </w:p>
    <w:p>
      <w:pPr>
        <w:spacing w:before="0" w:after="40"/>
        <w:shd w:val="clear" w:color="auto" w:fill="F4F6F7"/>
        <w:bidi/>
        <w:jc w:val="right"/>
      </w:pPr>
    </w:p>
    <w:p>
      <w:pPr>
        <w:spacing w:before="0" w:after="40"/>
        <w:shd w:val="clear" w:color="auto" w:fill="F4F6F7"/>
        <w:bidi/>
        <w:jc w:val="right"/>
      </w:pPr>
    </w:p>
    <w:p>
      <w:pPr>
        <w:spacing w:before="280" w:after="120"/>
        <w:bidi/>
        <w:jc w:val="right"/>
      </w:pPr>
      <w:r>
        <w:rPr>
          <w:rFonts w:ascii="Arial" w:hAnsi="Arial" w:cs="Arial"/>
          <w:b/>
          <w:i w:val="0"/>
          <w:color w:val="00626F"/>
          <w:sz w:val="25"/>
          <w:szCs w:val="25"/>
          <w:rtl/>
        </w:rPr>
        <w:t>5. الجهة المستضيفة</w:t>
      </w:r>
    </w:p>
    <w:p>
      <w:pPr>
        <w:spacing w:before="120" w:after="40"/>
        <w:bidi/>
        <w:jc w:val="right"/>
      </w:pPr>
      <w:r>
        <w:rPr>
          <w:rFonts w:ascii="Arial" w:hAnsi="Arial" w:cs="Arial"/>
          <w:b/>
          <w:i w:val="0"/>
          <w:color w:val="1A1A1A"/>
          <w:sz w:val="21"/>
          <w:szCs w:val="21"/>
          <w:rtl/>
        </w:rPr>
        <w:t>المؤسسة أو الفنان المستضيف</w:t>
      </w:r>
    </w:p>
    <w:p>
      <w:pPr>
        <w:spacing w:before="0" w:after="60"/>
        <w:bidi/>
        <w:jc w:val="right"/>
      </w:pPr>
      <w:r>
        <w:rPr>
          <w:rFonts w:ascii="Arial" w:hAnsi="Arial" w:cs="Arial"/>
          <w:b w:val="0"/>
          <w:i/>
          <w:color w:val="666666"/>
          <w:sz w:val="18"/>
          <w:szCs w:val="18"/>
          <w:rtl/>
        </w:rPr>
        <w:t>الاسم والعنوان والموقع الإلكتروني. إذا كانت الجهة المستضيفة فناناً منفرداً، أضيفوا سيرة ذاتية مختصرة.</w:t>
      </w:r>
    </w:p>
    <w:p>
      <w:pPr>
        <w:spacing w:before="0" w:after="40"/>
        <w:shd w:val="clear" w:color="auto" w:fill="F4F6F7"/>
        <w:bidi/>
        <w:jc w:val="right"/>
      </w:pPr>
    </w:p>
    <w:p>
      <w:pPr>
        <w:spacing w:before="0" w:after="40"/>
        <w:shd w:val="clear" w:color="auto" w:fill="F4F6F7"/>
        <w:bidi/>
        <w:jc w:val="right"/>
      </w:pPr>
    </w:p>
    <w:p>
      <w:pPr>
        <w:spacing w:before="0" w:after="40"/>
        <w:shd w:val="clear" w:color="auto" w:fill="F4F6F7"/>
        <w:bidi/>
        <w:jc w:val="right"/>
      </w:pPr>
    </w:p>
    <w:p>
      <w:pPr>
        <w:spacing w:before="120" w:after="40"/>
        <w:bidi/>
        <w:jc w:val="right"/>
      </w:pPr>
      <w:r>
        <w:rPr>
          <w:rFonts w:ascii="Arial" w:hAnsi="Arial" w:cs="Arial"/>
          <w:b/>
          <w:i w:val="0"/>
          <w:color w:val="1A1A1A"/>
          <w:sz w:val="21"/>
          <w:szCs w:val="21"/>
          <w:rtl/>
        </w:rPr>
        <w:t>العلاقة مع المستضيف</w:t>
      </w:r>
    </w:p>
    <w:p>
      <w:pPr>
        <w:spacing w:before="0" w:after="60"/>
        <w:bidi/>
        <w:jc w:val="right"/>
      </w:pPr>
      <w:r>
        <w:rPr>
          <w:rFonts w:ascii="Arial" w:hAnsi="Arial" w:cs="Arial"/>
          <w:b w:val="0"/>
          <w:i/>
          <w:color w:val="666666"/>
          <w:sz w:val="18"/>
          <w:szCs w:val="18"/>
          <w:rtl/>
        </w:rPr>
        <w:t>150 كلمة حدّ أقصى. كيف تعرفون بعضكم وما الذي يربط مشروعكم بهذه الجهة.</w:t>
      </w:r>
    </w:p>
    <w:p>
      <w:pPr>
        <w:spacing w:before="0" w:after="40"/>
        <w:shd w:val="clear" w:color="auto" w:fill="F4F6F7"/>
        <w:bidi/>
        <w:jc w:val="right"/>
      </w:pPr>
    </w:p>
    <w:p>
      <w:pPr>
        <w:spacing w:before="0" w:after="40"/>
        <w:shd w:val="clear" w:color="auto" w:fill="F4F6F7"/>
        <w:bidi/>
        <w:jc w:val="right"/>
      </w:pPr>
    </w:p>
    <w:p>
      <w:pPr>
        <w:spacing w:before="0" w:after="40"/>
        <w:shd w:val="clear" w:color="auto" w:fill="F4F6F7"/>
        <w:bidi/>
        <w:jc w:val="right"/>
      </w:pPr>
    </w:p>
    <w:p>
      <w:pPr>
        <w:spacing w:before="0" w:after="40"/>
        <w:shd w:val="clear" w:color="auto" w:fill="F4F6F7"/>
        <w:bidi/>
        <w:jc w:val="right"/>
      </w:pPr>
    </w:p>
    <w:p>
      <w:pPr>
        <w:spacing w:before="0" w:after="40"/>
        <w:shd w:val="clear" w:color="auto" w:fill="F4F6F7"/>
        <w:bidi/>
        <w:jc w:val="right"/>
      </w:pPr>
    </w:p>
    <w:p>
      <w:pPr>
        <w:spacing w:before="120" w:after="40"/>
        <w:bidi/>
        <w:jc w:val="right"/>
      </w:pPr>
      <w:r>
        <w:rPr>
          <w:rFonts w:ascii="Arial" w:hAnsi="Arial" w:cs="Arial"/>
          <w:b/>
          <w:i w:val="0"/>
          <w:color w:val="1A1A1A"/>
          <w:sz w:val="21"/>
          <w:szCs w:val="21"/>
          <w:rtl/>
        </w:rPr>
        <w:t>هل أرفقتم رسالة الدعوة أو الاتفاقية؟</w:t>
      </w:r>
    </w:p>
    <w:p>
      <w:pPr>
        <w:spacing w:before="0" w:after="60"/>
        <w:bidi/>
        <w:jc w:val="right"/>
      </w:pPr>
      <w:r>
        <w:rPr>
          <w:rFonts w:ascii="Arial" w:hAnsi="Arial" w:cs="Arial"/>
          <w:b w:val="0"/>
          <w:i w:val="0"/>
          <w:color w:val="1A1A1A"/>
          <w:sz w:val="21"/>
          <w:szCs w:val="21"/>
          <w:rtl/>
        </w:rPr>
        <w:t>نعم  ☐</w:t>
      </w:r>
    </w:p>
    <w:p>
      <w:pPr>
        <w:spacing w:before="0" w:after="60"/>
        <w:bidi/>
        <w:jc w:val="right"/>
      </w:pPr>
      <w:r>
        <w:rPr>
          <w:rFonts w:ascii="Arial" w:hAnsi="Arial" w:cs="Arial"/>
          <w:b w:val="0"/>
          <w:i w:val="0"/>
          <w:color w:val="1A1A1A"/>
          <w:sz w:val="21"/>
          <w:szCs w:val="21"/>
          <w:rtl/>
        </w:rPr>
        <w:t>لا  ☐</w:t>
      </w:r>
    </w:p>
    <w:p>
      <w:pPr>
        <w:spacing w:before="280" w:after="120"/>
        <w:bidi/>
        <w:jc w:val="right"/>
      </w:pPr>
      <w:r>
        <w:rPr>
          <w:rFonts w:ascii="Arial" w:hAnsi="Arial" w:cs="Arial"/>
          <w:b/>
          <w:i w:val="0"/>
          <w:color w:val="00626F"/>
          <w:sz w:val="25"/>
          <w:szCs w:val="25"/>
          <w:rtl/>
        </w:rPr>
        <w:t>6. الموازنة</w:t>
      </w:r>
    </w:p>
    <w:p>
      <w:pPr>
        <w:spacing w:before="0" w:after="60"/>
        <w:bidi/>
        <w:jc w:val="right"/>
      </w:pPr>
      <w:r>
        <w:rPr>
          <w:rFonts w:ascii="Arial" w:hAnsi="Arial" w:cs="Arial"/>
          <w:b w:val="0"/>
          <w:i/>
          <w:color w:val="666666"/>
          <w:sz w:val="18"/>
          <w:szCs w:val="18"/>
          <w:rtl/>
        </w:rPr>
        <w:t>تقديرات باليورو.</w:t>
      </w:r>
    </w:p>
    <w:p>
      <w:pPr>
        <w:spacing w:before="120" w:after="40"/>
        <w:bidi/>
        <w:jc w:val="right"/>
      </w:pPr>
      <w:r>
        <w:rPr>
          <w:rFonts w:ascii="Arial" w:hAnsi="Arial" w:cs="Arial"/>
          <w:b/>
          <w:i w:val="0"/>
          <w:color w:val="1A1A1A"/>
          <w:sz w:val="21"/>
          <w:szCs w:val="21"/>
          <w:rtl/>
        </w:rPr>
        <w:t>تكلفة السفر (التذكرة أو السفر بالبر)</w:t>
      </w:r>
    </w:p>
    <w:p>
      <w:pPr>
        <w:spacing w:before="0" w:after="40"/>
        <w:shd w:val="clear" w:color="auto" w:fill="F4F6F7"/>
        <w:bidi/>
        <w:jc w:val="right"/>
      </w:pPr>
    </w:p>
    <w:p>
      <w:pPr>
        <w:spacing w:before="120" w:after="40"/>
        <w:bidi/>
        <w:jc w:val="right"/>
      </w:pPr>
      <w:r>
        <w:rPr>
          <w:rFonts w:ascii="Arial" w:hAnsi="Arial" w:cs="Arial"/>
          <w:b/>
          <w:i w:val="0"/>
          <w:color w:val="1A1A1A"/>
          <w:sz w:val="21"/>
          <w:szCs w:val="21"/>
          <w:rtl/>
        </w:rPr>
        <w:t>المواصلات المحلية</w:t>
      </w:r>
    </w:p>
    <w:p>
      <w:pPr>
        <w:spacing w:before="0" w:after="40"/>
        <w:shd w:val="clear" w:color="auto" w:fill="F4F6F7"/>
        <w:bidi/>
        <w:jc w:val="right"/>
      </w:pPr>
    </w:p>
    <w:p>
      <w:pPr>
        <w:spacing w:before="120" w:after="40"/>
        <w:bidi/>
        <w:jc w:val="right"/>
      </w:pPr>
      <w:r>
        <w:rPr>
          <w:rFonts w:ascii="Arial" w:hAnsi="Arial" w:cs="Arial"/>
          <w:b/>
          <w:i w:val="0"/>
          <w:color w:val="1A1A1A"/>
          <w:sz w:val="21"/>
          <w:szCs w:val="21"/>
          <w:rtl/>
        </w:rPr>
        <w:t>تكاليف التأشيرة</w:t>
      </w:r>
    </w:p>
    <w:p>
      <w:pPr>
        <w:spacing w:before="0" w:after="40"/>
        <w:shd w:val="clear" w:color="auto" w:fill="F4F6F7"/>
        <w:bidi/>
        <w:jc w:val="right"/>
      </w:pPr>
    </w:p>
    <w:p>
      <w:pPr>
        <w:spacing w:before="120" w:after="40"/>
        <w:bidi/>
        <w:jc w:val="right"/>
      </w:pPr>
      <w:r>
        <w:rPr>
          <w:rFonts w:ascii="Arial" w:hAnsi="Arial" w:cs="Arial"/>
          <w:b/>
          <w:i w:val="0"/>
          <w:color w:val="1A1A1A"/>
          <w:sz w:val="21"/>
          <w:szCs w:val="21"/>
          <w:rtl/>
        </w:rPr>
        <w:t>الإقامة</w:t>
      </w:r>
    </w:p>
    <w:p>
      <w:pPr>
        <w:spacing w:before="0" w:after="40"/>
        <w:shd w:val="clear" w:color="auto" w:fill="F4F6F7"/>
        <w:bidi/>
        <w:jc w:val="right"/>
      </w:pPr>
    </w:p>
    <w:p>
      <w:pPr>
        <w:spacing w:before="120" w:after="40"/>
        <w:bidi/>
        <w:jc w:val="right"/>
      </w:pPr>
      <w:r>
        <w:rPr>
          <w:rFonts w:ascii="Arial" w:hAnsi="Arial" w:cs="Arial"/>
          <w:b/>
          <w:i w:val="0"/>
          <w:color w:val="1A1A1A"/>
          <w:sz w:val="21"/>
          <w:szCs w:val="21"/>
          <w:rtl/>
        </w:rPr>
        <w:t>المصاريف اليومية</w:t>
      </w:r>
    </w:p>
    <w:p>
      <w:pPr>
        <w:spacing w:before="0" w:after="40"/>
        <w:shd w:val="clear" w:color="auto" w:fill="F4F6F7"/>
        <w:bidi/>
        <w:jc w:val="right"/>
      </w:pPr>
    </w:p>
    <w:p>
      <w:pPr>
        <w:spacing w:before="160" w:after="40"/>
        <w:bidi/>
        <w:jc w:val="right"/>
      </w:pPr>
      <w:r>
        <w:rPr>
          <w:rFonts w:ascii="Arial" w:hAnsi="Arial" w:cs="Arial"/>
          <w:b/>
          <w:i w:val="0"/>
          <w:color w:val="1E2761"/>
          <w:sz w:val="21"/>
          <w:szCs w:val="21"/>
          <w:rtl/>
        </w:rPr>
        <w:t>المبلغ المطلوب من صندوق روبيرتو تشيميتا (600 يورو حدّ أقصى)</w:t>
      </w:r>
    </w:p>
    <w:p>
      <w:pPr>
        <w:spacing w:before="0" w:after="40"/>
        <w:shd w:val="clear" w:color="auto" w:fill="EDF3F4"/>
        <w:bidi/>
        <w:jc w:val="right"/>
      </w:pPr>
    </w:p>
    <w:p>
      <w:pPr>
        <w:spacing w:before="280" w:after="120"/>
        <w:bidi/>
        <w:jc w:val="right"/>
      </w:pPr>
      <w:r>
        <w:rPr>
          <w:rFonts w:ascii="Arial" w:hAnsi="Arial" w:cs="Arial"/>
          <w:b/>
          <w:i w:val="0"/>
          <w:color w:val="00626F"/>
          <w:sz w:val="25"/>
          <w:szCs w:val="25"/>
          <w:rtl/>
        </w:rPr>
        <w:t>7. معلومات أخرى</w:t>
      </w:r>
    </w:p>
    <w:p>
      <w:pPr>
        <w:spacing w:before="120" w:after="40"/>
        <w:bidi/>
        <w:jc w:val="right"/>
      </w:pPr>
      <w:r>
        <w:rPr>
          <w:rFonts w:ascii="Arial" w:hAnsi="Arial" w:cs="Arial"/>
          <w:b/>
          <w:i w:val="0"/>
          <w:color w:val="1A1A1A"/>
          <w:sz w:val="21"/>
          <w:szCs w:val="21"/>
          <w:rtl/>
        </w:rPr>
        <w:t>ما تودّون منا أخذه بعين الاعتبار</w:t>
      </w:r>
    </w:p>
    <w:p>
      <w:pPr>
        <w:spacing w:before="0" w:after="60"/>
        <w:bidi/>
        <w:jc w:val="right"/>
      </w:pPr>
      <w:r>
        <w:rPr>
          <w:rFonts w:ascii="Arial" w:hAnsi="Arial" w:cs="Arial"/>
          <w:b w:val="0"/>
          <w:i/>
          <w:color w:val="666666"/>
          <w:sz w:val="18"/>
          <w:szCs w:val="18"/>
          <w:rtl/>
        </w:rPr>
        <w:t>اختياري.</w:t>
      </w:r>
    </w:p>
    <w:p>
      <w:pPr>
        <w:spacing w:before="0" w:after="40"/>
        <w:shd w:val="clear" w:color="auto" w:fill="F4F6F7"/>
        <w:bidi/>
        <w:jc w:val="right"/>
      </w:pPr>
    </w:p>
    <w:p>
      <w:pPr>
        <w:spacing w:before="0" w:after="40"/>
        <w:shd w:val="clear" w:color="auto" w:fill="F4F6F7"/>
        <w:bidi/>
        <w:jc w:val="right"/>
      </w:pPr>
    </w:p>
    <w:p>
      <w:pPr>
        <w:spacing w:before="0" w:after="40"/>
        <w:shd w:val="clear" w:color="auto" w:fill="F4F6F7"/>
        <w:bidi/>
        <w:jc w:val="right"/>
      </w:pPr>
    </w:p>
    <w:p>
      <w:pPr>
        <w:spacing w:before="120" w:after="40"/>
        <w:bidi/>
        <w:jc w:val="right"/>
      </w:pPr>
      <w:r>
        <w:rPr>
          <w:rFonts w:ascii="Arial" w:hAnsi="Arial" w:cs="Arial"/>
          <w:b/>
          <w:i w:val="0"/>
          <w:color w:val="1A1A1A"/>
          <w:sz w:val="21"/>
          <w:szCs w:val="21"/>
          <w:rtl/>
        </w:rPr>
        <w:t>كيف عرفتم بهذه الدعوة؟</w:t>
      </w:r>
    </w:p>
    <w:p>
      <w:pPr>
        <w:spacing w:before="0" w:after="40"/>
        <w:shd w:val="clear" w:color="auto" w:fill="F4F6F7"/>
        <w:bidi/>
        <w:jc w:val="right"/>
      </w:pPr>
    </w:p>
    <w:p>
      <w:pPr>
        <w:spacing w:before="280" w:after="120"/>
        <w:bidi/>
        <w:jc w:val="right"/>
      </w:pPr>
      <w:r>
        <w:rPr>
          <w:rFonts w:ascii="Arial" w:hAnsi="Arial" w:cs="Arial"/>
          <w:b/>
          <w:i w:val="0"/>
          <w:color w:val="00626F"/>
          <w:sz w:val="25"/>
          <w:szCs w:val="25"/>
          <w:rtl/>
        </w:rPr>
        <w:t>8. تعهّد</w:t>
      </w:r>
    </w:p>
    <w:p>
      <w:pPr>
        <w:spacing w:before="0" w:after="120"/>
        <w:bidi/>
        <w:jc w:val="right"/>
      </w:pPr>
      <w:r>
        <w:rPr>
          <w:rFonts w:ascii="Arial" w:hAnsi="Arial" w:cs="Arial"/>
          <w:b w:val="0"/>
          <w:i w:val="0"/>
          <w:color w:val="1A1A1A"/>
          <w:sz w:val="20"/>
          <w:szCs w:val="20"/>
          <w:rtl/>
        </w:rPr>
        <w:t>أتعهد بأن المعلومات الواردة في هذا الطلب دقيقة وكاملة. أدرك أنه في حال الموافقة على المنحة سوف تُصرف بناءً على وثائق داعمة، وأن تقريراً سردياً ومالياً مطلوب بعد العودة.</w:t>
      </w:r>
    </w:p>
    <w:p>
      <w:pPr>
        <w:spacing w:before="0" w:after="160"/>
        <w:bidi/>
        <w:jc w:val="right"/>
      </w:pPr>
      <w:r>
        <w:rPr>
          <w:rFonts w:ascii="Arial" w:hAnsi="Arial" w:cs="Arial"/>
          <w:b w:val="0"/>
          <w:i w:val="0"/>
          <w:color w:val="666666"/>
          <w:sz w:val="17"/>
          <w:szCs w:val="17"/>
          <w:rtl/>
        </w:rPr>
        <w:t>يعالج صندوق روبيرتو تشيميتا البيانات الواردة في هذا الطلب لغرض دراسته وإدارة المنحة فقط. تُحفظ طوال مدة البرنامج ثم تُحذف، إلا ما يلزم القانون الفرنسي الجمعية بالاحتفاظ به. يمكنكم طلب الاطلاع على بياناتكم أو تصحيحها أو حذفها بمراسلة administration@cimettafund.org.</w:t>
      </w:r>
    </w:p>
    <w:p>
      <w:pPr>
        <w:spacing w:before="120" w:after="40"/>
        <w:bidi/>
        <w:jc w:val="right"/>
      </w:pPr>
      <w:r>
        <w:rPr>
          <w:rFonts w:ascii="Arial" w:hAnsi="Arial" w:cs="Arial"/>
          <w:b/>
          <w:i w:val="0"/>
          <w:color w:val="1A1A1A"/>
          <w:sz w:val="21"/>
          <w:szCs w:val="21"/>
          <w:rtl/>
        </w:rPr>
        <w:t>الاسم والمكان والتاريخ والتوقيع</w:t>
      </w:r>
    </w:p>
    <w:p>
      <w:pPr>
        <w:spacing w:before="0" w:after="60"/>
        <w:bidi/>
        <w:jc w:val="right"/>
      </w:pPr>
      <w:r>
        <w:rPr>
          <w:rFonts w:ascii="Arial" w:hAnsi="Arial" w:cs="Arial"/>
          <w:b w:val="0"/>
          <w:i/>
          <w:color w:val="666666"/>
          <w:sz w:val="18"/>
          <w:szCs w:val="18"/>
          <w:rtl/>
        </w:rPr>
        <w:t>يمكن التوقيع بطباعة الاسم.</w:t>
      </w:r>
    </w:p>
    <w:p>
      <w:pPr>
        <w:spacing w:before="0" w:after="40"/>
        <w:shd w:val="clear" w:color="auto" w:fill="F4F6F7"/>
        <w:bidi/>
        <w:jc w:val="right"/>
      </w:pPr>
    </w:p>
    <w:p>
      <w:pPr>
        <w:spacing w:before="0" w:after="40"/>
        <w:shd w:val="clear" w:color="auto" w:fill="F4F6F7"/>
        <w:bidi/>
        <w:jc w:val="right"/>
      </w:pPr>
    </w:p>
    <w:p>
      <w:pPr>
        <w:spacing w:before="200" w:after="80"/>
        <w:bidi/>
        <w:jc w:val="right"/>
      </w:pPr>
      <w:r>
        <w:rPr>
          <w:rFonts w:ascii="Arial" w:hAnsi="Arial" w:cs="Arial"/>
          <w:b/>
          <w:i w:val="0"/>
          <w:color w:val="1E2761"/>
          <w:sz w:val="22"/>
          <w:szCs w:val="22"/>
          <w:rtl/>
        </w:rPr>
        <w:t>قبل الإرسال</w:t>
      </w:r>
    </w:p>
    <w:p>
      <w:pPr>
        <w:spacing w:before="0" w:after="60"/>
        <w:bidi/>
        <w:jc w:val="right"/>
      </w:pPr>
      <w:r>
        <w:rPr>
          <w:rFonts w:ascii="Arial" w:hAnsi="Arial" w:cs="Arial"/>
          <w:b w:val="0"/>
          <w:i w:val="0"/>
          <w:color w:val="1A1A1A"/>
          <w:sz w:val="21"/>
          <w:szCs w:val="21"/>
          <w:rtl/>
        </w:rPr>
        <w:t>تمت تعبئة الطلب بشكل كامل.  ☐</w:t>
      </w:r>
    </w:p>
    <w:p>
      <w:pPr>
        <w:spacing w:before="0" w:after="60"/>
        <w:bidi/>
        <w:jc w:val="right"/>
      </w:pPr>
      <w:r>
        <w:rPr>
          <w:rFonts w:ascii="Arial" w:hAnsi="Arial" w:cs="Arial"/>
          <w:b w:val="0"/>
          <w:i w:val="0"/>
          <w:color w:val="1A1A1A"/>
          <w:sz w:val="21"/>
          <w:szCs w:val="21"/>
          <w:rtl/>
        </w:rPr>
        <w:t>تم إرفاق السيرة الذاتية.  ☐</w:t>
      </w:r>
    </w:p>
    <w:p>
      <w:pPr>
        <w:spacing w:before="0" w:after="60"/>
        <w:bidi/>
        <w:jc w:val="right"/>
      </w:pPr>
      <w:r>
        <w:rPr>
          <w:rFonts w:ascii="Arial" w:hAnsi="Arial" w:cs="Arial"/>
          <w:b w:val="0"/>
          <w:i w:val="0"/>
          <w:color w:val="1A1A1A"/>
          <w:sz w:val="21"/>
          <w:szCs w:val="21"/>
          <w:rtl/>
        </w:rPr>
        <w:t>تم إرفاق الدعوة أو الاتفاقية من الجهة المستضيفة.  ☐</w:t>
      </w:r>
    </w:p>
    <w:p>
      <w:pPr>
        <w:spacing w:before="0" w:after="60"/>
        <w:bidi/>
        <w:jc w:val="right"/>
      </w:pPr>
      <w:r>
        <w:rPr>
          <w:rFonts w:ascii="Arial" w:hAnsi="Arial" w:cs="Arial"/>
          <w:b w:val="0"/>
          <w:i w:val="0"/>
          <w:color w:val="1A1A1A"/>
          <w:sz w:val="21"/>
          <w:szCs w:val="21"/>
          <w:rtl/>
        </w:rPr>
        <w:t>الملفات مسمّاة SURNAME_Firstname_COUNTRY_EMG2027  ☐</w:t>
      </w:r>
    </w:p>
    <w:p>
      <w:pPr>
        <w:spacing w:before="0" w:after="60"/>
        <w:bidi/>
        <w:jc w:val="right"/>
      </w:pPr>
      <w:r>
        <w:rPr>
          <w:rFonts w:ascii="Arial" w:hAnsi="Arial" w:cs="Arial"/>
          <w:b w:val="0"/>
          <w:i w:val="0"/>
          <w:color w:val="1A1A1A"/>
          <w:sz w:val="21"/>
          <w:szCs w:val="21"/>
          <w:rtl/>
        </w:rPr>
        <w:t>يتم إرسال كل شيء إلى administration@cimettafund.org قبل 1 تشرين ثان/نوفمبر 2026.  ☐</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