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i w:val="0"/>
          <w:color w:val="1E2761"/>
          <w:sz w:val="40"/>
        </w:rPr>
        <w:t>FONDS ROBERTO CIMETTA</w:t>
      </w:r>
    </w:p>
    <w:p>
      <w:pPr>
        <w:spacing w:before="0" w:after="40"/>
      </w:pPr>
      <w:r>
        <w:rPr>
          <w:b w:val="0"/>
          <w:i w:val="0"/>
          <w:color w:val="00626F"/>
          <w:sz w:val="24"/>
        </w:rPr>
        <w:t>Bourses de mobilité d’urgence 2027</w:t>
      </w:r>
    </w:p>
    <w:p>
      <w:pPr>
        <w:spacing w:before="0" w:after="200"/>
      </w:pPr>
      <w:r>
        <w:rPr>
          <w:b/>
          <w:i w:val="0"/>
          <w:color w:val="1A1A1A"/>
          <w:sz w:val="22"/>
        </w:rPr>
        <w:t>Formulaire de candidature</w:t>
      </w:r>
    </w:p>
    <w:p>
      <w:pPr>
        <w:spacing w:before="120" w:after="80"/>
      </w:pPr>
      <w:r>
        <w:rPr>
          <w:b/>
          <w:i w:val="0"/>
          <w:color w:val="1E2761"/>
          <w:sz w:val="22"/>
        </w:rPr>
        <w:t>Avant de commencer</w:t>
      </w:r>
    </w:p>
    <w:p>
      <w:pPr>
        <w:spacing w:before="0" w:after="40"/>
      </w:pPr>
      <w:r>
        <w:rPr>
          <w:b w:val="0"/>
          <w:i w:val="0"/>
          <w:color w:val="1A1A1A"/>
          <w:sz w:val="20"/>
        </w:rPr>
        <w:t>•  Date limite : 1er novembre 2026.</w:t>
      </w:r>
    </w:p>
    <w:p>
      <w:pPr>
        <w:spacing w:before="0" w:after="40"/>
      </w:pPr>
      <w:r>
        <w:rPr>
          <w:b w:val="0"/>
          <w:i w:val="0"/>
          <w:color w:val="1A1A1A"/>
          <w:sz w:val="20"/>
        </w:rPr>
        <w:t>•  Envoyez votre candidature à : administration@cimettafund.org</w:t>
      </w:r>
    </w:p>
    <w:p>
      <w:pPr>
        <w:spacing w:before="0" w:after="40"/>
      </w:pPr>
      <w:r>
        <w:rPr>
          <w:b w:val="0"/>
          <w:i w:val="0"/>
          <w:color w:val="1A1A1A"/>
          <w:sz w:val="20"/>
        </w:rPr>
        <w:t>•  Envoyez un seul fichier PDF, nommé : NOM_Prénom_PAYS_EMG2027.pdf</w:t>
      </w:r>
    </w:p>
    <w:p>
      <w:pPr>
        <w:spacing w:before="0" w:after="40"/>
      </w:pPr>
      <w:r>
        <w:rPr>
          <w:b w:val="0"/>
          <w:i w:val="0"/>
          <w:color w:val="1A1A1A"/>
          <w:sz w:val="20"/>
        </w:rPr>
        <w:t>•  Vous pouvez rédiger en français, en anglais ou en arabe.</w:t>
      </w:r>
    </w:p>
    <w:p>
      <w:pPr>
        <w:spacing w:before="0" w:after="40"/>
      </w:pPr>
      <w:r>
        <w:rPr>
          <w:b w:val="0"/>
          <w:i w:val="0"/>
          <w:color w:val="1A1A1A"/>
          <w:sz w:val="20"/>
        </w:rPr>
        <w:t>•  Préférez les liens aux pièces jointes lourdes. Au-delà de 10 Mo, un envoi peut ne pas nous parvenir.</w:t>
      </w:r>
    </w:p>
    <w:p>
      <w:pPr>
        <w:spacing w:before="0" w:after="40"/>
      </w:pPr>
      <w:r>
        <w:rPr>
          <w:b w:val="0"/>
          <w:i w:val="0"/>
          <w:color w:val="1A1A1A"/>
          <w:sz w:val="20"/>
        </w:rPr>
        <w:t>•  Les bourses vont jusqu’à 600 € par personne et couvrent le transport, les frais de visa et une indemnité journalière de base.</w:t>
      </w:r>
    </w:p>
    <w:p>
      <w:pPr>
        <w:spacing w:before="240" w:after="80"/>
      </w:pPr>
      <w:r>
        <w:rPr>
          <w:b/>
          <w:i w:val="0"/>
          <w:color w:val="1E2761"/>
          <w:sz w:val="22"/>
        </w:rPr>
        <w:t>Pièces à joindre</w:t>
      </w:r>
    </w:p>
    <w:p>
      <w:pPr>
        <w:spacing w:before="0" w:after="40"/>
      </w:pPr>
      <w:r>
        <w:rPr>
          <w:b w:val="0"/>
          <w:i w:val="0"/>
          <w:color w:val="1A1A1A"/>
          <w:sz w:val="20"/>
        </w:rPr>
        <w:t>1.  Un CV à jour.</w:t>
      </w:r>
    </w:p>
    <w:p>
      <w:pPr>
        <w:spacing w:before="0" w:after="40"/>
      </w:pPr>
      <w:r>
        <w:rPr>
          <w:b w:val="0"/>
          <w:i w:val="0"/>
          <w:color w:val="1A1A1A"/>
          <w:sz w:val="20"/>
        </w:rPr>
        <w:t>2.  Un portfolio court, ou les liens demandés à la section 2.</w:t>
      </w:r>
    </w:p>
    <w:p>
      <w:pPr>
        <w:spacing w:before="0" w:after="40"/>
      </w:pPr>
      <w:r>
        <w:rPr>
          <w:b w:val="0"/>
          <w:i w:val="0"/>
          <w:color w:val="1A1A1A"/>
          <w:sz w:val="20"/>
        </w:rPr>
        <w:t>3.  Une lettre d’invitation ou un accord écrit de votre structure d’accueil.</w:t>
      </w:r>
    </w:p>
    <w:p>
      <w:pPr>
        <w:spacing w:before="80" w:after="80"/>
      </w:pPr>
      <w:r>
        <w:rPr>
          <w:b w:val="0"/>
          <w:i/>
          <w:color w:val="666666"/>
          <w:sz w:val="18"/>
        </w:rPr>
        <w:t>Les sections 3, 4 et 5 de ce formulaire tiennent lieu de lettre d’intention. Aucune lettre séparée n’est demandée.</w:t>
      </w:r>
    </w:p>
    <w:p>
      <w:pPr>
        <w:spacing w:before="280" w:after="120"/>
      </w:pPr>
      <w:r>
        <w:rPr>
          <w:b/>
          <w:i w:val="0"/>
          <w:color w:val="00626F"/>
          <w:sz w:val="25"/>
        </w:rPr>
        <w:t>Éligibilité — cochez les quatre cases</w:t>
      </w:r>
    </w:p>
    <w:p>
      <w:pPr>
        <w:spacing w:before="0" w:after="100"/>
      </w:pPr>
      <w:r>
        <w:rPr>
          <w:b w:val="0"/>
          <w:i/>
          <w:color w:val="666666"/>
          <w:sz w:val="19"/>
        </w:rPr>
        <w:t>Si vous ne pouvez pas cocher les quatre cases, votre candidature ne pourra pas être examinée.</w:t>
      </w:r>
    </w:p>
    <w:p>
      <w:pPr>
        <w:spacing w:before="0" w:after="60"/>
      </w:pPr>
      <w:r>
        <w:rPr>
          <w:b w:val="0"/>
          <w:i w:val="0"/>
          <w:color w:val="1A1A1A"/>
          <w:sz w:val="21"/>
        </w:rPr>
        <w:t>☐  Je suis artiste ou professionnel·le de la culture, originaire du Liban, de Syrie, de Palestine, du Yémen ou du Soudan, ou y résidant.</w:t>
      </w:r>
    </w:p>
    <w:p>
      <w:pPr>
        <w:spacing w:before="0" w:after="60"/>
      </w:pPr>
      <w:r>
        <w:rPr>
          <w:b w:val="0"/>
          <w:i w:val="0"/>
          <w:color w:val="1A1A1A"/>
          <w:sz w:val="21"/>
        </w:rPr>
        <w:t>☐  Ma pratique relève des arts vivants ou d’une démarche pluridisciplinaire.</w:t>
      </w:r>
    </w:p>
    <w:p>
      <w:pPr>
        <w:spacing w:before="0" w:after="60"/>
      </w:pPr>
      <w:r>
        <w:rPr>
          <w:b w:val="0"/>
          <w:i w:val="0"/>
          <w:color w:val="1A1A1A"/>
          <w:sz w:val="21"/>
        </w:rPr>
        <w:t>☐  Mon déplacement aura lieu entre le 16 janvier et le 30 juin 2027.</w:t>
      </w:r>
    </w:p>
    <w:p>
      <w:pPr>
        <w:spacing w:before="0" w:after="60"/>
      </w:pPr>
      <w:r>
        <w:rPr>
          <w:b w:val="0"/>
          <w:i w:val="0"/>
          <w:color w:val="1A1A1A"/>
          <w:sz w:val="21"/>
        </w:rPr>
        <w:t>☐  J’ai identifié une structure ou un partenaire d’accueil pour ce déplacement.</w:t>
      </w:r>
    </w:p>
    <w:p>
      <w:pPr>
        <w:spacing w:before="280" w:after="120"/>
      </w:pPr>
      <w:r>
        <w:rPr>
          <w:b/>
          <w:i w:val="0"/>
          <w:color w:val="00626F"/>
          <w:sz w:val="25"/>
        </w:rPr>
        <w:t>1.  Candidat·e</w:t>
      </w:r>
    </w:p>
    <w:p>
      <w:pPr>
        <w:spacing w:before="120" w:after="40"/>
      </w:pPr>
      <w:r>
        <w:rPr>
          <w:b/>
          <w:i w:val="0"/>
          <w:color w:val="1A1A1A"/>
          <w:sz w:val="21"/>
        </w:rPr>
        <w:t>Nom et prénom</w:t>
      </w:r>
    </w:p>
    <w:p>
      <w:pPr>
        <w:spacing w:before="0" w:after="40"/>
        <w:shd w:val="clear" w:color="auto" w:fill="F4F6F7"/>
      </w:pPr>
    </w:p>
    <w:p>
      <w:pPr>
        <w:spacing w:before="120" w:after="40"/>
      </w:pPr>
      <w:r>
        <w:rPr>
          <w:b/>
          <w:i w:val="0"/>
          <w:color w:val="1A1A1A"/>
          <w:sz w:val="21"/>
        </w:rPr>
        <w:t>Je candidate en tant que</w:t>
      </w:r>
    </w:p>
    <w:p>
      <w:pPr>
        <w:spacing w:before="0" w:after="60"/>
      </w:pPr>
      <w:r>
        <w:rPr>
          <w:b w:val="0"/>
          <w:i w:val="0"/>
          <w:color w:val="1A1A1A"/>
          <w:sz w:val="21"/>
        </w:rPr>
        <w:t>☐  Artiste ou professionnel·le de la culture à titre individuel</w:t>
      </w:r>
    </w:p>
    <w:p>
      <w:pPr>
        <w:spacing w:before="0" w:after="60"/>
      </w:pPr>
      <w:r>
        <w:rPr>
          <w:b w:val="0"/>
          <w:i w:val="0"/>
          <w:color w:val="1A1A1A"/>
          <w:sz w:val="21"/>
        </w:rPr>
        <w:t>☐  Groupe artistique — nombre de personnes concernées : ______</w:t>
      </w:r>
    </w:p>
    <w:p>
      <w:pPr>
        <w:spacing w:before="120" w:after="40"/>
      </w:pPr>
      <w:r>
        <w:rPr>
          <w:b/>
          <w:i w:val="0"/>
          <w:color w:val="1A1A1A"/>
          <w:sz w:val="21"/>
        </w:rPr>
        <w:t>Personne référente</w:t>
      </w:r>
    </w:p>
    <w:p>
      <w:pPr>
        <w:spacing w:before="0" w:after="60"/>
      </w:pPr>
      <w:r>
        <w:rPr>
          <w:b w:val="0"/>
          <w:i/>
          <w:color w:val="666666"/>
          <w:sz w:val="18"/>
        </w:rPr>
        <w:t>Si vous candidatez en groupe, désignez une seule personne comme interlocutrice.</w:t>
      </w:r>
    </w:p>
    <w:p>
      <w:pPr>
        <w:spacing w:before="0" w:after="40"/>
        <w:shd w:val="clear" w:color="auto" w:fill="F4F6F7"/>
      </w:pPr>
    </w:p>
    <w:p>
      <w:pPr>
        <w:spacing w:before="120" w:after="40"/>
      </w:pPr>
      <w:r>
        <w:rPr>
          <w:b/>
          <w:i w:val="0"/>
          <w:color w:val="1A1A1A"/>
          <w:sz w:val="21"/>
        </w:rPr>
        <w:t>Courriel et téléphone (précisez si le numéro est sur WhatsApp ou Signal)</w:t>
      </w:r>
    </w:p>
    <w:p>
      <w:pPr>
        <w:spacing w:before="0" w:after="40"/>
        <w:shd w:val="clear" w:color="auto" w:fill="F4F6F7"/>
      </w:pPr>
    </w:p>
    <w:p>
      <w:pPr>
        <w:spacing w:before="120" w:after="40"/>
      </w:pPr>
      <w:r>
        <w:rPr>
          <w:b/>
          <w:i w:val="0"/>
          <w:color w:val="1A1A1A"/>
          <w:sz w:val="21"/>
        </w:rPr>
        <w:t>Ville et pays de résidence</w:t>
      </w:r>
    </w:p>
    <w:p>
      <w:pPr>
        <w:spacing w:before="0" w:after="40"/>
        <w:shd w:val="clear" w:color="auto" w:fill="F4F6F7"/>
      </w:pPr>
    </w:p>
    <w:p>
      <w:pPr>
        <w:spacing w:before="120" w:after="40"/>
      </w:pPr>
      <w:r>
        <w:rPr>
          <w:b/>
          <w:i w:val="0"/>
          <w:color w:val="1A1A1A"/>
          <w:sz w:val="21"/>
        </w:rPr>
        <w:t>Pays d’origine / nationalité</w:t>
      </w:r>
    </w:p>
    <w:p>
      <w:pPr>
        <w:spacing w:before="0" w:after="40"/>
        <w:shd w:val="clear" w:color="auto" w:fill="F4F6F7"/>
      </w:pPr>
    </w:p>
    <w:p>
      <w:pPr>
        <w:spacing w:before="120" w:after="40"/>
      </w:pPr>
      <w:r>
        <w:rPr>
          <w:b/>
          <w:i w:val="0"/>
          <w:color w:val="1A1A1A"/>
          <w:sz w:val="21"/>
        </w:rPr>
        <w:t>Discipline ou champ artistique</w:t>
      </w:r>
    </w:p>
    <w:p>
      <w:pPr>
        <w:spacing w:before="0" w:after="40"/>
        <w:shd w:val="clear" w:color="auto" w:fill="F4F6F7"/>
      </w:pPr>
    </w:p>
    <w:p>
      <w:pPr>
        <w:spacing w:before="120" w:after="40"/>
      </w:pPr>
      <w:r>
        <w:rPr>
          <w:b/>
          <w:i w:val="0"/>
          <w:color w:val="1A1A1A"/>
          <w:sz w:val="21"/>
        </w:rPr>
        <w:t>Site web, portfolio ou réseaux sociaux</w:t>
      </w:r>
    </w:p>
    <w:p>
      <w:pPr>
        <w:spacing w:before="0" w:after="40"/>
        <w:shd w:val="clear" w:color="auto" w:fill="F4F6F7"/>
      </w:pPr>
    </w:p>
    <w:p>
      <w:pPr>
        <w:spacing w:before="120" w:after="40"/>
      </w:pPr>
      <w:r>
        <w:rPr>
          <w:b/>
          <w:i w:val="0"/>
          <w:color w:val="1A1A1A"/>
          <w:sz w:val="21"/>
        </w:rPr>
        <w:t>Biographie courte</w:t>
      </w:r>
    </w:p>
    <w:p>
      <w:pPr>
        <w:spacing w:before="0" w:after="60"/>
      </w:pPr>
      <w:r>
        <w:rPr>
          <w:b w:val="0"/>
          <w:i/>
          <w:color w:val="666666"/>
          <w:sz w:val="18"/>
        </w:rPr>
        <w:t>120 mots maximum.</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120" w:after="40"/>
      </w:pPr>
      <w:r>
        <w:rPr>
          <w:b/>
          <w:i w:val="0"/>
          <w:color w:val="1A1A1A"/>
          <w:sz w:val="21"/>
        </w:rPr>
        <w:t>Contact en cas d’urgence</w:t>
      </w:r>
    </w:p>
    <w:p>
      <w:pPr>
        <w:spacing w:before="0" w:after="60"/>
      </w:pPr>
      <w:r>
        <w:rPr>
          <w:b w:val="0"/>
          <w:i/>
          <w:color w:val="666666"/>
          <w:sz w:val="18"/>
        </w:rPr>
        <w:t>Nom, lien avec vous, numéro de téléphone.</w:t>
      </w:r>
    </w:p>
    <w:p>
      <w:pPr>
        <w:spacing w:before="0" w:after="40"/>
        <w:shd w:val="clear" w:color="auto" w:fill="F4F6F7"/>
      </w:pPr>
    </w:p>
    <w:p>
      <w:pPr>
        <w:spacing w:before="280" w:after="120"/>
      </w:pPr>
      <w:r>
        <w:rPr>
          <w:b/>
          <w:i w:val="0"/>
          <w:color w:val="00626F"/>
          <w:sz w:val="25"/>
        </w:rPr>
        <w:t>2.  Travaux précédents</w:t>
      </w:r>
    </w:p>
    <w:p>
      <w:pPr>
        <w:spacing w:before="0" w:after="100"/>
      </w:pPr>
      <w:r>
        <w:rPr>
          <w:b w:val="0"/>
          <w:i/>
          <w:color w:val="666666"/>
          <w:sz w:val="19"/>
        </w:rPr>
        <w:t>Trois à cinq liens vers vos travaux antérieurs — vidéo, audio, presse, documentation. Les liens sont préférables aux fichiers joints.</w:t>
      </w:r>
    </w:p>
    <w:p>
      <w:pPr>
        <w:spacing w:before="120" w:after="40"/>
      </w:pPr>
      <w:r>
        <w:rPr>
          <w:b/>
          <w:i w:val="0"/>
          <w:color w:val="1A1A1A"/>
          <w:sz w:val="21"/>
        </w:rPr>
        <w:t>1.</w:t>
      </w:r>
    </w:p>
    <w:p>
      <w:pPr>
        <w:spacing w:before="0" w:after="40"/>
        <w:shd w:val="clear" w:color="auto" w:fill="F4F6F7"/>
      </w:pPr>
    </w:p>
    <w:p>
      <w:pPr>
        <w:spacing w:before="120" w:after="40"/>
      </w:pPr>
      <w:r>
        <w:rPr>
          <w:b/>
          <w:i w:val="0"/>
          <w:color w:val="1A1A1A"/>
          <w:sz w:val="21"/>
        </w:rPr>
        <w:t>2.</w:t>
      </w:r>
    </w:p>
    <w:p>
      <w:pPr>
        <w:spacing w:before="0" w:after="40"/>
        <w:shd w:val="clear" w:color="auto" w:fill="F4F6F7"/>
      </w:pPr>
    </w:p>
    <w:p>
      <w:pPr>
        <w:spacing w:before="120" w:after="40"/>
      </w:pPr>
      <w:r>
        <w:rPr>
          <w:b/>
          <w:i w:val="0"/>
          <w:color w:val="1A1A1A"/>
          <w:sz w:val="21"/>
        </w:rPr>
        <w:t>3.</w:t>
      </w:r>
    </w:p>
    <w:p>
      <w:pPr>
        <w:spacing w:before="0" w:after="40"/>
        <w:shd w:val="clear" w:color="auto" w:fill="F4F6F7"/>
      </w:pPr>
    </w:p>
    <w:p>
      <w:pPr>
        <w:spacing w:before="120" w:after="40"/>
      </w:pPr>
      <w:r>
        <w:rPr>
          <w:b/>
          <w:i w:val="0"/>
          <w:color w:val="1A1A1A"/>
          <w:sz w:val="21"/>
        </w:rPr>
        <w:t>4.</w:t>
      </w:r>
    </w:p>
    <w:p>
      <w:pPr>
        <w:spacing w:before="0" w:after="40"/>
        <w:shd w:val="clear" w:color="auto" w:fill="F4F6F7"/>
      </w:pPr>
    </w:p>
    <w:p>
      <w:pPr>
        <w:spacing w:before="120" w:after="40"/>
      </w:pPr>
      <w:r>
        <w:rPr>
          <w:b/>
          <w:i w:val="0"/>
          <w:color w:val="1A1A1A"/>
          <w:sz w:val="21"/>
        </w:rPr>
        <w:t>5.</w:t>
      </w:r>
    </w:p>
    <w:p>
      <w:pPr>
        <w:spacing w:before="0" w:after="40"/>
        <w:shd w:val="clear" w:color="auto" w:fill="F4F6F7"/>
      </w:pPr>
    </w:p>
    <w:p>
      <w:pPr>
        <w:spacing w:before="280" w:after="120"/>
      </w:pPr>
      <w:r>
        <w:rPr>
          <w:b/>
          <w:i w:val="0"/>
          <w:color w:val="00626F"/>
          <w:sz w:val="25"/>
        </w:rPr>
        <w:t>3.  Le projet</w:t>
      </w:r>
    </w:p>
    <w:p>
      <w:pPr>
        <w:spacing w:before="120" w:after="40"/>
      </w:pPr>
      <w:r>
        <w:rPr>
          <w:b/>
          <w:i w:val="0"/>
          <w:color w:val="1A1A1A"/>
          <w:sz w:val="21"/>
        </w:rPr>
        <w:t>Titre du projet</w:t>
      </w:r>
    </w:p>
    <w:p>
      <w:pPr>
        <w:spacing w:before="0" w:after="40"/>
        <w:shd w:val="clear" w:color="auto" w:fill="F4F6F7"/>
      </w:pPr>
    </w:p>
    <w:p>
      <w:pPr>
        <w:spacing w:before="120" w:after="40"/>
      </w:pPr>
      <w:r>
        <w:rPr>
          <w:b/>
          <w:i w:val="0"/>
          <w:color w:val="1A1A1A"/>
          <w:sz w:val="21"/>
        </w:rPr>
        <w:t>Résumé du projet</w:t>
      </w:r>
    </w:p>
    <w:p>
      <w:pPr>
        <w:spacing w:before="0" w:after="60"/>
      </w:pPr>
      <w:r>
        <w:rPr>
          <w:b w:val="0"/>
          <w:i/>
          <w:color w:val="666666"/>
          <w:sz w:val="18"/>
        </w:rPr>
        <w:t>250 mots maximum. En quoi consiste le projet, avec qui, et à quel stade en est-il ?</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120" w:after="40"/>
      </w:pPr>
      <w:r>
        <w:rPr>
          <w:b/>
          <w:i w:val="0"/>
          <w:color w:val="1A1A1A"/>
          <w:sz w:val="21"/>
        </w:rPr>
        <w:t>Résultats attendus</w:t>
      </w:r>
    </w:p>
    <w:p>
      <w:pPr>
        <w:spacing w:before="0" w:after="60"/>
      </w:pPr>
      <w:r>
        <w:rPr>
          <w:b w:val="0"/>
          <w:i/>
          <w:color w:val="666666"/>
          <w:sz w:val="18"/>
        </w:rPr>
        <w:t>150 mots maximum. Qu’est-ce qui existera après ce déplacement, qui n’existe pas aujourd’hui ?</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280" w:after="120"/>
      </w:pPr>
      <w:r>
        <w:rPr>
          <w:b/>
          <w:i w:val="0"/>
          <w:color w:val="00626F"/>
          <w:sz w:val="25"/>
        </w:rPr>
        <w:t>4.  Le déplacement</w:t>
      </w:r>
    </w:p>
    <w:p>
      <w:pPr>
        <w:spacing w:before="120" w:after="40"/>
      </w:pPr>
      <w:r>
        <w:rPr>
          <w:b/>
          <w:i w:val="0"/>
          <w:color w:val="1A1A1A"/>
          <w:sz w:val="21"/>
        </w:rPr>
        <w:t>Trajet</w:t>
      </w:r>
    </w:p>
    <w:p>
      <w:pPr>
        <w:spacing w:before="0" w:after="60"/>
      </w:pPr>
      <w:r>
        <w:rPr>
          <w:b w:val="0"/>
          <w:i/>
          <w:color w:val="666666"/>
          <w:sz w:val="18"/>
        </w:rPr>
        <w:t>De (ville, pays) — à (ville, pays).</w:t>
      </w:r>
    </w:p>
    <w:p>
      <w:pPr>
        <w:spacing w:before="0" w:after="40"/>
        <w:shd w:val="clear" w:color="auto" w:fill="F4F6F7"/>
      </w:pPr>
    </w:p>
    <w:p>
      <w:pPr>
        <w:spacing w:before="120" w:after="40"/>
      </w:pPr>
      <w:r>
        <w:rPr>
          <w:b/>
          <w:i w:val="0"/>
          <w:color w:val="1A1A1A"/>
          <w:sz w:val="21"/>
        </w:rPr>
        <w:t>Dates</w:t>
      </w:r>
    </w:p>
    <w:p>
      <w:pPr>
        <w:spacing w:before="0" w:after="60"/>
      </w:pPr>
      <w:r>
        <w:rPr>
          <w:b w:val="0"/>
          <w:i/>
          <w:color w:val="666666"/>
          <w:sz w:val="18"/>
        </w:rPr>
        <w:t>Départ — retour — durée totale. Doit se situer entre le 16 janvier et le 30 juin 2027.</w:t>
      </w:r>
    </w:p>
    <w:p>
      <w:pPr>
        <w:spacing w:before="0" w:after="40"/>
        <w:shd w:val="clear" w:color="auto" w:fill="F4F6F7"/>
      </w:pPr>
    </w:p>
    <w:p>
      <w:pPr>
        <w:spacing w:before="120" w:after="40"/>
      </w:pPr>
      <w:r>
        <w:rPr>
          <w:b/>
          <w:i w:val="0"/>
          <w:color w:val="1A1A1A"/>
          <w:sz w:val="21"/>
        </w:rPr>
        <w:t>Moyen de transport</w:t>
      </w:r>
    </w:p>
    <w:p>
      <w:pPr>
        <w:spacing w:before="0" w:after="60"/>
      </w:pPr>
      <w:r>
        <w:rPr>
          <w:b w:val="0"/>
          <w:i w:val="0"/>
          <w:color w:val="1A1A1A"/>
          <w:sz w:val="21"/>
        </w:rPr>
        <w:t>☐  Voie terrestre</w:t>
      </w:r>
    </w:p>
    <w:p>
      <w:pPr>
        <w:spacing w:before="0" w:after="60"/>
      </w:pPr>
      <w:r>
        <w:rPr>
          <w:b w:val="0"/>
          <w:i w:val="0"/>
          <w:color w:val="1A1A1A"/>
          <w:sz w:val="21"/>
        </w:rPr>
        <w:t>☐  Train</w:t>
      </w:r>
    </w:p>
    <w:p>
      <w:pPr>
        <w:spacing w:before="0" w:after="60"/>
      </w:pPr>
      <w:r>
        <w:rPr>
          <w:b w:val="0"/>
          <w:i w:val="0"/>
          <w:color w:val="1A1A1A"/>
          <w:sz w:val="21"/>
        </w:rPr>
        <w:t>☐  Avion</w:t>
      </w:r>
    </w:p>
    <w:p>
      <w:pPr>
        <w:spacing w:before="120" w:after="40"/>
      </w:pPr>
      <w:r>
        <w:rPr>
          <w:b/>
          <w:i w:val="0"/>
          <w:color w:val="1A1A1A"/>
          <w:sz w:val="21"/>
        </w:rPr>
        <w:t>Type d’activité</w:t>
      </w:r>
    </w:p>
    <w:p>
      <w:pPr>
        <w:spacing w:before="0" w:after="60"/>
      </w:pPr>
      <w:r>
        <w:rPr>
          <w:b w:val="0"/>
          <w:i w:val="0"/>
          <w:color w:val="1A1A1A"/>
          <w:sz w:val="21"/>
        </w:rPr>
        <w:t>☐  Formation professionnelle</w:t>
      </w:r>
    </w:p>
    <w:p>
      <w:pPr>
        <w:spacing w:before="0" w:after="60"/>
      </w:pPr>
      <w:r>
        <w:rPr>
          <w:b w:val="0"/>
          <w:i w:val="0"/>
          <w:color w:val="1A1A1A"/>
          <w:sz w:val="21"/>
        </w:rPr>
        <w:t>☐  Création et résidence</w:t>
      </w:r>
    </w:p>
    <w:p>
      <w:pPr>
        <w:spacing w:before="0" w:after="60"/>
      </w:pPr>
      <w:r>
        <w:rPr>
          <w:b w:val="0"/>
          <w:i w:val="0"/>
          <w:color w:val="1A1A1A"/>
          <w:sz w:val="21"/>
        </w:rPr>
        <w:t>☐  Diffusion et mise en réseau</w:t>
      </w:r>
    </w:p>
    <w:p>
      <w:pPr>
        <w:spacing w:before="120" w:after="40"/>
      </w:pPr>
      <w:r>
        <w:rPr>
          <w:b/>
          <w:i w:val="0"/>
          <w:color w:val="1A1A1A"/>
          <w:sz w:val="21"/>
        </w:rPr>
        <w:t>Pourquoi ce déplacement doit-il avoir lieu maintenant ?</w:t>
      </w:r>
    </w:p>
    <w:p>
      <w:pPr>
        <w:spacing w:before="0" w:after="60"/>
      </w:pPr>
      <w:r>
        <w:rPr>
          <w:b w:val="0"/>
          <w:i/>
          <w:color w:val="666666"/>
          <w:sz w:val="18"/>
        </w:rPr>
        <w:t>250 mots maximum. C’est la question la plus fortement pondérée. Expliquez pourquoi ce déplacement doit avoir lieu maintenant, et ce qui se perd s’il n’a pas lieu.</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280" w:after="120"/>
      </w:pPr>
      <w:r>
        <w:rPr>
          <w:b/>
          <w:i w:val="0"/>
          <w:color w:val="00626F"/>
          <w:sz w:val="25"/>
        </w:rPr>
        <w:t>5.  La structure d’accueil</w:t>
      </w:r>
    </w:p>
    <w:p>
      <w:pPr>
        <w:spacing w:before="120" w:after="40"/>
      </w:pPr>
      <w:r>
        <w:rPr>
          <w:b/>
          <w:i w:val="0"/>
          <w:color w:val="1A1A1A"/>
          <w:sz w:val="21"/>
        </w:rPr>
        <w:t>Organisation ou institution d’accueil</w:t>
      </w:r>
    </w:p>
    <w:p>
      <w:pPr>
        <w:spacing w:before="0" w:after="60"/>
      </w:pPr>
      <w:r>
        <w:rPr>
          <w:b w:val="0"/>
          <w:i/>
          <w:color w:val="666666"/>
          <w:sz w:val="18"/>
        </w:rPr>
        <w:t>Nom, adresse, site web.</w:t>
      </w:r>
    </w:p>
    <w:p>
      <w:pPr>
        <w:spacing w:before="0" w:after="40"/>
        <w:shd w:val="clear" w:color="auto" w:fill="F4F6F7"/>
      </w:pPr>
    </w:p>
    <w:p>
      <w:pPr>
        <w:spacing w:before="0" w:after="40"/>
        <w:shd w:val="clear" w:color="auto" w:fill="F4F6F7"/>
      </w:pPr>
    </w:p>
    <w:p>
      <w:pPr>
        <w:spacing w:before="120" w:after="40"/>
      </w:pPr>
      <w:r>
        <w:rPr>
          <w:b/>
          <w:i w:val="0"/>
          <w:color w:val="1A1A1A"/>
          <w:sz w:val="21"/>
        </w:rPr>
        <w:t>Si votre hôte est un·e artiste à titre individuel</w:t>
      </w:r>
    </w:p>
    <w:p>
      <w:pPr>
        <w:spacing w:before="0" w:after="60"/>
      </w:pPr>
      <w:r>
        <w:rPr>
          <w:b w:val="0"/>
          <w:i/>
          <w:color w:val="666666"/>
          <w:sz w:val="18"/>
        </w:rPr>
        <w:t>Nom, biographie courte, site web ou portfolio.</w:t>
      </w:r>
    </w:p>
    <w:p>
      <w:pPr>
        <w:spacing w:before="0" w:after="40"/>
        <w:shd w:val="clear" w:color="auto" w:fill="F4F6F7"/>
      </w:pPr>
    </w:p>
    <w:p>
      <w:pPr>
        <w:spacing w:before="0" w:after="40"/>
        <w:shd w:val="clear" w:color="auto" w:fill="F4F6F7"/>
      </w:pPr>
    </w:p>
    <w:p>
      <w:pPr>
        <w:spacing w:before="120" w:after="40"/>
      </w:pPr>
      <w:r>
        <w:rPr>
          <w:b/>
          <w:i w:val="0"/>
          <w:color w:val="1A1A1A"/>
          <w:sz w:val="21"/>
        </w:rPr>
        <w:t>Pertinence de l’accueil</w:t>
      </w:r>
    </w:p>
    <w:p>
      <w:pPr>
        <w:spacing w:before="0" w:after="60"/>
      </w:pPr>
      <w:r>
        <w:rPr>
          <w:b w:val="0"/>
          <w:i/>
          <w:color w:val="666666"/>
          <w:sz w:val="18"/>
        </w:rPr>
        <w:t>150 mots maximum. Décrivez la relation entre vous, votre projet et cette structure.</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120" w:after="40"/>
      </w:pPr>
      <w:r>
        <w:rPr>
          <w:b/>
          <w:i w:val="0"/>
          <w:color w:val="1A1A1A"/>
          <w:sz w:val="21"/>
        </w:rPr>
        <w:t>Une invitation ou un accord écrit est-il joint à cette candidature ?</w:t>
      </w:r>
    </w:p>
    <w:p>
      <w:pPr>
        <w:spacing w:before="0" w:after="60"/>
      </w:pPr>
      <w:r>
        <w:rPr>
          <w:b w:val="0"/>
          <w:i w:val="0"/>
          <w:color w:val="1A1A1A"/>
          <w:sz w:val="21"/>
        </w:rPr>
        <w:t>☐  Oui</w:t>
      </w:r>
    </w:p>
    <w:p>
      <w:pPr>
        <w:spacing w:before="0" w:after="60"/>
      </w:pPr>
      <w:r>
        <w:rPr>
          <w:b w:val="0"/>
          <w:i w:val="0"/>
          <w:color w:val="1A1A1A"/>
          <w:sz w:val="21"/>
        </w:rPr>
        <w:t>☐  Non</w:t>
      </w:r>
    </w:p>
    <w:p>
      <w:pPr>
        <w:spacing w:before="280" w:after="120"/>
      </w:pPr>
      <w:r>
        <w:rPr>
          <w:b/>
          <w:i w:val="0"/>
          <w:color w:val="00626F"/>
          <w:sz w:val="25"/>
        </w:rPr>
        <w:t>6.  Documents de voyage et visa</w:t>
      </w:r>
    </w:p>
    <w:p>
      <w:pPr>
        <w:spacing w:before="0" w:after="100"/>
      </w:pPr>
      <w:r>
        <w:rPr>
          <w:b w:val="0"/>
          <w:i/>
          <w:color w:val="666666"/>
          <w:sz w:val="19"/>
        </w:rPr>
        <w:t>Le déplacement peut se faire vers l’Europe, à l’intérieur de la région, ou en retour vers votre pays d’origine. Nous posons ces questions parce que des bourses de mobilité se perdent régulièrement dans les délais consulaires et les refus d’autorisation. Répondre franchement n’affaiblit pas votre candidature — cela nous permet de vous accompagner.</w:t>
      </w:r>
    </w:p>
    <w:p>
      <w:pPr>
        <w:spacing w:before="120" w:after="40"/>
      </w:pPr>
      <w:r>
        <w:rPr>
          <w:b/>
          <w:i w:val="0"/>
          <w:color w:val="1A1A1A"/>
          <w:sz w:val="21"/>
        </w:rPr>
        <w:t>Passeport ou document de voyage — valable jusqu’au</w:t>
      </w:r>
    </w:p>
    <w:p>
      <w:pPr>
        <w:spacing w:before="0" w:after="40"/>
        <w:shd w:val="clear" w:color="auto" w:fill="F4F6F7"/>
      </w:pPr>
    </w:p>
    <w:p>
      <w:pPr>
        <w:spacing w:before="120" w:after="40"/>
      </w:pPr>
      <w:r>
        <w:rPr>
          <w:b/>
          <w:i w:val="0"/>
          <w:color w:val="1A1A1A"/>
          <w:sz w:val="21"/>
        </w:rPr>
        <w:t>Un visa ou une autorisation de circulation est-il nécessaire pour votre destination ?</w:t>
      </w:r>
    </w:p>
    <w:p>
      <w:pPr>
        <w:spacing w:before="0" w:after="60"/>
      </w:pPr>
      <w:r>
        <w:rPr>
          <w:b w:val="0"/>
          <w:i w:val="0"/>
          <w:color w:val="1A1A1A"/>
          <w:sz w:val="21"/>
        </w:rPr>
        <w:t>☐  Oui</w:t>
      </w:r>
    </w:p>
    <w:p>
      <w:pPr>
        <w:spacing w:before="0" w:after="60"/>
      </w:pPr>
      <w:r>
        <w:rPr>
          <w:b w:val="0"/>
          <w:i w:val="0"/>
          <w:color w:val="1A1A1A"/>
          <w:sz w:val="21"/>
        </w:rPr>
        <w:t>☐  Non</w:t>
      </w:r>
    </w:p>
    <w:p>
      <w:pPr>
        <w:spacing w:before="0" w:after="60"/>
      </w:pPr>
      <w:r>
        <w:rPr>
          <w:b w:val="0"/>
          <w:i w:val="0"/>
          <w:color w:val="1A1A1A"/>
          <w:sz w:val="21"/>
        </w:rPr>
        <w:t>☐  Je ne sais pas</w:t>
      </w:r>
    </w:p>
    <w:p>
      <w:pPr>
        <w:spacing w:before="120" w:after="40"/>
      </w:pPr>
      <w:r>
        <w:rPr>
          <w:b/>
          <w:i w:val="0"/>
          <w:color w:val="1A1A1A"/>
          <w:sz w:val="21"/>
        </w:rPr>
        <w:t>Un visa ou une autorisation pour cette destination vous a-t-il déjà été refusé ?</w:t>
      </w:r>
    </w:p>
    <w:p>
      <w:pPr>
        <w:spacing w:before="0" w:after="60"/>
      </w:pPr>
      <w:r>
        <w:rPr>
          <w:b w:val="0"/>
          <w:i w:val="0"/>
          <w:color w:val="1A1A1A"/>
          <w:sz w:val="21"/>
        </w:rPr>
        <w:t>☐  Oui</w:t>
      </w:r>
    </w:p>
    <w:p>
      <w:pPr>
        <w:spacing w:before="0" w:after="60"/>
      </w:pPr>
      <w:r>
        <w:rPr>
          <w:b w:val="0"/>
          <w:i w:val="0"/>
          <w:color w:val="1A1A1A"/>
          <w:sz w:val="21"/>
        </w:rPr>
        <w:t>☐  Non</w:t>
      </w:r>
    </w:p>
    <w:p>
      <w:pPr>
        <w:spacing w:before="120" w:after="40"/>
      </w:pPr>
      <w:r>
        <w:rPr>
          <w:b/>
          <w:i w:val="0"/>
          <w:color w:val="1A1A1A"/>
          <w:sz w:val="21"/>
        </w:rPr>
        <w:t>Consulat ou ambassade où vous déposerez la demande, et délai estimé</w:t>
      </w:r>
    </w:p>
    <w:p>
      <w:pPr>
        <w:spacing w:before="0" w:after="60"/>
      </w:pPr>
      <w:r>
        <w:rPr>
          <w:b w:val="0"/>
          <w:i/>
          <w:color w:val="666666"/>
          <w:sz w:val="18"/>
        </w:rPr>
        <w:t>Si vous disposez déjà d’un visa valide, indiquez-le ici.</w:t>
      </w:r>
    </w:p>
    <w:p>
      <w:pPr>
        <w:spacing w:before="0" w:after="40"/>
        <w:shd w:val="clear" w:color="auto" w:fill="F4F6F7"/>
      </w:pPr>
    </w:p>
    <w:p>
      <w:pPr>
        <w:spacing w:before="120" w:after="40"/>
      </w:pPr>
      <w:r>
        <w:rPr>
          <w:b/>
          <w:i w:val="0"/>
          <w:color w:val="1A1A1A"/>
          <w:sz w:val="21"/>
        </w:rPr>
        <w:t>Tout autre obstacle administratif ou pratique dont nous devrions avoir connaissance</w:t>
      </w:r>
    </w:p>
    <w:p>
      <w:pPr>
        <w:spacing w:before="0" w:after="60"/>
      </w:pPr>
      <w:r>
        <w:rPr>
          <w:b w:val="0"/>
          <w:i/>
          <w:color w:val="666666"/>
          <w:sz w:val="18"/>
        </w:rPr>
        <w:t>Frontières fermées, documents périmés, autorisation de sortie, tout élément utile.</w:t>
      </w:r>
    </w:p>
    <w:p>
      <w:pPr>
        <w:spacing w:before="0" w:after="40"/>
        <w:shd w:val="clear" w:color="auto" w:fill="F4F6F7"/>
      </w:pPr>
    </w:p>
    <w:p>
      <w:pPr>
        <w:spacing w:before="0" w:after="40"/>
        <w:shd w:val="clear" w:color="auto" w:fill="F4F6F7"/>
      </w:pPr>
    </w:p>
    <w:p>
      <w:pPr>
        <w:spacing w:before="280" w:after="120"/>
      </w:pPr>
      <w:r>
        <w:rPr>
          <w:b/>
          <w:i w:val="0"/>
          <w:color w:val="00626F"/>
          <w:sz w:val="25"/>
        </w:rPr>
        <w:t>7.  Budget</w:t>
      </w:r>
    </w:p>
    <w:p>
      <w:pPr>
        <w:spacing w:before="0" w:after="100"/>
      </w:pPr>
      <w:r>
        <w:rPr>
          <w:b w:val="0"/>
          <w:i/>
          <w:color w:val="666666"/>
          <w:sz w:val="19"/>
        </w:rPr>
        <w:t>En euros. Soyez réaliste : le jury évalue la faisabilité, et un budget sous-estimé est un voyage qui n’a pas lieu.</w:t>
      </w:r>
    </w:p>
    <w:p>
      <w:pPr>
        <w:spacing w:before="120" w:after="40"/>
      </w:pPr>
      <w:r>
        <w:rPr>
          <w:b/>
          <w:i w:val="0"/>
          <w:color w:val="1A1A1A"/>
          <w:sz w:val="21"/>
        </w:rPr>
        <w:t>Transport international (€)</w:t>
      </w:r>
    </w:p>
    <w:p>
      <w:pPr>
        <w:spacing w:before="0" w:after="40"/>
        <w:shd w:val="clear" w:color="auto" w:fill="F4F6F7"/>
      </w:pPr>
    </w:p>
    <w:p>
      <w:pPr>
        <w:spacing w:before="120" w:after="40"/>
      </w:pPr>
      <w:r>
        <w:rPr>
          <w:b/>
          <w:i w:val="0"/>
          <w:color w:val="1A1A1A"/>
          <w:sz w:val="21"/>
        </w:rPr>
        <w:t>Transport national et local (€)</w:t>
      </w:r>
    </w:p>
    <w:p>
      <w:pPr>
        <w:spacing w:before="0" w:after="40"/>
        <w:shd w:val="clear" w:color="auto" w:fill="F4F6F7"/>
      </w:pPr>
    </w:p>
    <w:p>
      <w:pPr>
        <w:spacing w:before="120" w:after="40"/>
      </w:pPr>
      <w:r>
        <w:rPr>
          <w:b/>
          <w:i w:val="0"/>
          <w:color w:val="1A1A1A"/>
          <w:sz w:val="21"/>
        </w:rPr>
        <w:t>Visa et frais consulaires (€)</w:t>
      </w:r>
    </w:p>
    <w:p>
      <w:pPr>
        <w:spacing w:before="0" w:after="40"/>
        <w:shd w:val="clear" w:color="auto" w:fill="F4F6F7"/>
      </w:pPr>
    </w:p>
    <w:p>
      <w:pPr>
        <w:spacing w:before="120" w:after="40"/>
      </w:pPr>
      <w:r>
        <w:rPr>
          <w:b/>
          <w:i w:val="0"/>
          <w:color w:val="1A1A1A"/>
          <w:sz w:val="21"/>
        </w:rPr>
        <w:t>Indemnité journalière / per diem (€)</w:t>
      </w:r>
    </w:p>
    <w:p>
      <w:pPr>
        <w:spacing w:before="0" w:after="40"/>
        <w:shd w:val="clear" w:color="auto" w:fill="F4F6F7"/>
      </w:pPr>
    </w:p>
    <w:p>
      <w:pPr>
        <w:spacing w:before="160" w:after="40"/>
      </w:pPr>
      <w:r>
        <w:rPr>
          <w:b/>
          <w:i w:val="0"/>
          <w:color w:val="1E2761"/>
          <w:sz w:val="22"/>
        </w:rPr>
        <w:t>TOTAL DEMANDÉ AU FONDS ROBERTO CIMETTA (600 € maximum)</w:t>
      </w:r>
    </w:p>
    <w:p>
      <w:pPr>
        <w:spacing w:before="0" w:after="80"/>
        <w:shd w:val="clear" w:color="auto" w:fill="E8F0F2"/>
      </w:pPr>
    </w:p>
    <w:p>
      <w:pPr>
        <w:spacing w:before="160" w:after="40"/>
      </w:pPr>
      <w:r>
        <w:rPr>
          <w:b/>
          <w:i w:val="0"/>
          <w:color w:val="1A1A1A"/>
          <w:sz w:val="21"/>
        </w:rPr>
        <w:t>L’hébergement est-il pris en charge par votre hôte ?</w:t>
      </w:r>
    </w:p>
    <w:p>
      <w:pPr>
        <w:spacing w:before="0" w:after="60"/>
      </w:pPr>
      <w:r>
        <w:rPr>
          <w:b w:val="0"/>
          <w:i w:val="0"/>
          <w:color w:val="1A1A1A"/>
          <w:sz w:val="21"/>
        </w:rPr>
        <w:t>☐  Oui</w:t>
      </w:r>
    </w:p>
    <w:p>
      <w:pPr>
        <w:spacing w:before="0" w:after="60"/>
      </w:pPr>
      <w:r>
        <w:rPr>
          <w:b w:val="0"/>
          <w:i w:val="0"/>
          <w:color w:val="1A1A1A"/>
          <w:sz w:val="21"/>
        </w:rPr>
        <w:t>☐  Non</w:t>
      </w:r>
    </w:p>
    <w:p>
      <w:pPr>
        <w:spacing w:before="120" w:after="40"/>
      </w:pPr>
      <w:r>
        <w:rPr>
          <w:b/>
          <w:i w:val="0"/>
          <w:color w:val="1A1A1A"/>
          <w:sz w:val="21"/>
        </w:rPr>
        <w:t>Si non, comment l’hébergement sera-t-il assuré ?</w:t>
      </w:r>
    </w:p>
    <w:p>
      <w:pPr>
        <w:spacing w:before="0" w:after="40"/>
        <w:shd w:val="clear" w:color="auto" w:fill="F4F6F7"/>
      </w:pPr>
    </w:p>
    <w:p>
      <w:pPr>
        <w:spacing w:before="0" w:after="40"/>
        <w:shd w:val="clear" w:color="auto" w:fill="F4F6F7"/>
      </w:pPr>
    </w:p>
    <w:p>
      <w:pPr>
        <w:spacing w:before="120" w:after="40"/>
      </w:pPr>
      <w:r>
        <w:rPr>
          <w:b/>
          <w:i w:val="0"/>
          <w:color w:val="1A1A1A"/>
          <w:sz w:val="21"/>
        </w:rPr>
        <w:t>Autres financements obtenus ou sollicités pour ce déplacement</w:t>
      </w:r>
    </w:p>
    <w:p>
      <w:pPr>
        <w:spacing w:before="0" w:after="60"/>
      </w:pPr>
      <w:r>
        <w:rPr>
          <w:b w:val="0"/>
          <w:i/>
          <w:color w:val="666666"/>
          <w:sz w:val="18"/>
        </w:rPr>
        <w:t>Source et montant. Précisez clairement si le financement est confirmé ou en attente.</w:t>
      </w:r>
    </w:p>
    <w:p>
      <w:pPr>
        <w:spacing w:before="0" w:after="40"/>
        <w:shd w:val="clear" w:color="auto" w:fill="F4F6F7"/>
      </w:pPr>
    </w:p>
    <w:p>
      <w:pPr>
        <w:spacing w:before="0" w:after="40"/>
        <w:shd w:val="clear" w:color="auto" w:fill="F4F6F7"/>
      </w:pPr>
    </w:p>
    <w:p>
      <w:pPr>
        <w:spacing w:before="280" w:after="120"/>
      </w:pPr>
      <w:r>
        <w:rPr>
          <w:b/>
          <w:i w:val="0"/>
          <w:color w:val="00626F"/>
          <w:sz w:val="25"/>
        </w:rPr>
        <w:t>8.  Informations pratiques</w:t>
      </w:r>
    </w:p>
    <w:p>
      <w:pPr>
        <w:spacing w:before="120" w:after="40"/>
      </w:pPr>
      <w:r>
        <w:rPr>
          <w:b/>
          <w:i w:val="0"/>
          <w:color w:val="1A1A1A"/>
          <w:sz w:val="21"/>
        </w:rPr>
        <w:t>Besoins spécifiques ou d’accessibilité</w:t>
      </w:r>
    </w:p>
    <w:p>
      <w:pPr>
        <w:spacing w:before="0" w:after="60"/>
      </w:pPr>
      <w:r>
        <w:rPr>
          <w:b w:val="0"/>
          <w:i/>
          <w:color w:val="666666"/>
          <w:sz w:val="18"/>
        </w:rPr>
        <w:t>Facultatif. Indiquez ce dont nous devrions tenir compte.</w:t>
      </w:r>
    </w:p>
    <w:p>
      <w:pPr>
        <w:spacing w:before="0" w:after="40"/>
        <w:shd w:val="clear" w:color="auto" w:fill="F4F6F7"/>
      </w:pPr>
    </w:p>
    <w:p>
      <w:pPr>
        <w:spacing w:before="0" w:after="40"/>
        <w:shd w:val="clear" w:color="auto" w:fill="F4F6F7"/>
      </w:pPr>
    </w:p>
    <w:p>
      <w:pPr>
        <w:spacing w:before="120" w:after="40"/>
      </w:pPr>
      <w:r>
        <w:rPr>
          <w:b/>
          <w:i w:val="0"/>
          <w:color w:val="1A1A1A"/>
          <w:sz w:val="21"/>
        </w:rPr>
        <w:t>Comment avez-vous eu connaissance de cet appel ?</w:t>
      </w:r>
    </w:p>
    <w:p>
      <w:pPr>
        <w:spacing w:before="0" w:after="40"/>
        <w:shd w:val="clear" w:color="auto" w:fill="F4F6F7"/>
      </w:pPr>
    </w:p>
    <w:p>
      <w:pPr>
        <w:spacing w:before="280" w:after="120"/>
      </w:pPr>
      <w:r>
        <w:rPr>
          <w:b/>
          <w:i w:val="0"/>
          <w:color w:val="00626F"/>
          <w:sz w:val="25"/>
        </w:rPr>
        <w:t>9.  Déclaration</w:t>
      </w:r>
    </w:p>
    <w:p>
      <w:pPr>
        <w:spacing w:before="0" w:after="80"/>
      </w:pPr>
      <w:r>
        <w:rPr>
          <w:b w:val="0"/>
          <w:i w:val="0"/>
          <w:color w:val="1A1A1A"/>
          <w:sz w:val="19"/>
        </w:rPr>
        <w:t>Je certifie que les informations données dans cette candidature sont exactes et complètes. Je comprends que la bourse est versée sur justificatifs, et qu’un rapport narratif et financier est demandé après le déplacement.</w:t>
      </w:r>
    </w:p>
    <w:p>
      <w:pPr>
        <w:spacing w:before="0" w:after="160"/>
      </w:pPr>
      <w:r>
        <w:rPr>
          <w:b w:val="0"/>
          <w:i/>
          <w:color w:val="666666"/>
          <w:sz w:val="18"/>
        </w:rPr>
        <w:t>Le Fonds Roberto Cimetta traite ces données dans le seul but d’instruire et d’administrer cette bourse. Elles sont conservées pendant la durée du programme puis supprimées, à l’exception de ce que la loi française impose à l’association de conserver. Vous pouvez demander l’accès à vos données ou leur suppression en écrivant à administration@cimettafund.org.</w:t>
      </w:r>
    </w:p>
    <w:p>
      <w:pPr>
        <w:spacing w:before="120" w:after="40"/>
      </w:pPr>
      <w:r>
        <w:rPr>
          <w:b/>
          <w:i w:val="0"/>
          <w:color w:val="1A1A1A"/>
          <w:sz w:val="21"/>
        </w:rPr>
        <w:t>Nom, lieu, date et signature</w:t>
      </w:r>
    </w:p>
    <w:p>
      <w:pPr>
        <w:spacing w:before="0" w:after="60"/>
      </w:pPr>
      <w:r>
        <w:rPr>
          <w:b w:val="0"/>
          <w:i/>
          <w:color w:val="666666"/>
          <w:sz w:val="18"/>
        </w:rPr>
        <w:t>Un nom dactylographié est accepté.</w:t>
      </w:r>
    </w:p>
    <w:p>
      <w:pPr>
        <w:spacing w:before="0" w:after="40"/>
        <w:shd w:val="clear" w:color="auto" w:fill="F4F6F7"/>
      </w:pPr>
    </w:p>
    <w:p>
      <w:pPr>
        <w:spacing w:before="320" w:after="100"/>
      </w:pPr>
      <w:r>
        <w:rPr>
          <w:b/>
          <w:i w:val="0"/>
          <w:color w:val="1E2761"/>
          <w:sz w:val="22"/>
        </w:rPr>
        <w:t>Avant d’envoyer — vérification finale</w:t>
      </w:r>
    </w:p>
    <w:p>
      <w:pPr>
        <w:spacing w:before="0" w:after="60"/>
      </w:pPr>
      <w:r>
        <w:rPr>
          <w:b w:val="0"/>
          <w:i w:val="0"/>
          <w:color w:val="1A1A1A"/>
          <w:sz w:val="21"/>
        </w:rPr>
        <w:t>☐  Ce formulaire est complété.</w:t>
      </w:r>
    </w:p>
    <w:p>
      <w:pPr>
        <w:spacing w:before="0" w:after="60"/>
      </w:pPr>
      <w:r>
        <w:rPr>
          <w:b w:val="0"/>
          <w:i w:val="0"/>
          <w:color w:val="1A1A1A"/>
          <w:sz w:val="21"/>
        </w:rPr>
        <w:t>☐  Mon CV à jour est joint.</w:t>
      </w:r>
    </w:p>
    <w:p>
      <w:pPr>
        <w:spacing w:before="0" w:after="60"/>
      </w:pPr>
      <w:r>
        <w:rPr>
          <w:b w:val="0"/>
          <w:i w:val="0"/>
          <w:color w:val="1A1A1A"/>
          <w:sz w:val="21"/>
        </w:rPr>
        <w:t>☐  Mon portfolio ou les liens de la section 2 sont fournis.</w:t>
      </w:r>
    </w:p>
    <w:p>
      <w:pPr>
        <w:spacing w:before="0" w:after="60"/>
      </w:pPr>
      <w:r>
        <w:rPr>
          <w:b w:val="0"/>
          <w:i w:val="0"/>
          <w:color w:val="1A1A1A"/>
          <w:sz w:val="21"/>
        </w:rPr>
        <w:t>☐  La lettre d’invitation de ma structure d’accueil est jointe.</w:t>
      </w:r>
    </w:p>
    <w:p>
      <w:pPr>
        <w:spacing w:before="0" w:after="60"/>
      </w:pPr>
      <w:r>
        <w:rPr>
          <w:b w:val="0"/>
          <w:i w:val="0"/>
          <w:color w:val="1A1A1A"/>
          <w:sz w:val="21"/>
        </w:rPr>
        <w:t>☐  L’ensemble est réuni dans un seul fichier PDF.</w:t>
      </w:r>
    </w:p>
    <w:p>
      <w:pPr>
        <w:spacing w:before="0" w:after="60"/>
      </w:pPr>
      <w:r>
        <w:rPr>
          <w:b w:val="0"/>
          <w:i w:val="0"/>
          <w:color w:val="1A1A1A"/>
          <w:sz w:val="21"/>
        </w:rPr>
        <w:t>☐  Le fichier est nommé NOM_Prénom_PAYS_EMG2027.pdf</w:t>
      </w:r>
    </w:p>
    <w:p>
      <w:pPr>
        <w:spacing w:before="0" w:after="60"/>
      </w:pPr>
      <w:r>
        <w:rPr>
          <w:b w:val="0"/>
          <w:i w:val="0"/>
          <w:color w:val="1A1A1A"/>
          <w:sz w:val="21"/>
        </w:rPr>
        <w:t>☐  Envoyé à administration@cimettafund.org avant le 1er novembre 2026.</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