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i w:val="0"/>
          <w:color w:val="1E2761"/>
          <w:sz w:val="40"/>
        </w:rPr>
        <w:t>ROBERTO CIMETTA FUND</w:t>
      </w:r>
    </w:p>
    <w:p>
      <w:pPr>
        <w:spacing w:before="0" w:after="40"/>
      </w:pPr>
      <w:r>
        <w:rPr>
          <w:b w:val="0"/>
          <w:i w:val="0"/>
          <w:color w:val="00626F"/>
          <w:sz w:val="24"/>
        </w:rPr>
        <w:t>Emergency Mobility Grants 2027</w:t>
      </w:r>
    </w:p>
    <w:p>
      <w:pPr>
        <w:spacing w:before="0" w:after="200"/>
      </w:pPr>
      <w:r>
        <w:rPr>
          <w:b/>
          <w:i w:val="0"/>
          <w:color w:val="1A1A1A"/>
          <w:sz w:val="22"/>
        </w:rPr>
        <w:t>Application form</w:t>
      </w:r>
    </w:p>
    <w:p>
      <w:pPr>
        <w:spacing w:before="120" w:after="80"/>
      </w:pPr>
      <w:r>
        <w:rPr>
          <w:b/>
          <w:i w:val="0"/>
          <w:color w:val="1E2761"/>
          <w:sz w:val="22"/>
        </w:rPr>
        <w:t>Before you start</w:t>
      </w:r>
    </w:p>
    <w:p>
      <w:pPr>
        <w:spacing w:before="0" w:after="40"/>
      </w:pPr>
      <w:r>
        <w:rPr>
          <w:b w:val="0"/>
          <w:i w:val="0"/>
          <w:color w:val="1A1A1A"/>
          <w:sz w:val="20"/>
        </w:rPr>
        <w:t>•  Deadline: 1 November 2026.</w:t>
      </w:r>
    </w:p>
    <w:p>
      <w:pPr>
        <w:spacing w:before="0" w:after="40"/>
      </w:pPr>
      <w:r>
        <w:rPr>
          <w:b w:val="0"/>
          <w:i w:val="0"/>
          <w:color w:val="1A1A1A"/>
          <w:sz w:val="20"/>
        </w:rPr>
        <w:t>•  Send your application to: administration@cimettafund.org</w:t>
      </w:r>
    </w:p>
    <w:p>
      <w:pPr>
        <w:spacing w:before="0" w:after="40"/>
      </w:pPr>
      <w:r>
        <w:rPr>
          <w:b w:val="0"/>
          <w:i w:val="0"/>
          <w:color w:val="1A1A1A"/>
          <w:sz w:val="20"/>
        </w:rPr>
        <w:t>•  Send one single PDF file, named: SURNAME_Firstname_COUNTRY_EMG2027.pdf</w:t>
      </w:r>
    </w:p>
    <w:p>
      <w:pPr>
        <w:spacing w:before="0" w:after="40"/>
      </w:pPr>
      <w:r>
        <w:rPr>
          <w:b w:val="0"/>
          <w:i w:val="0"/>
          <w:color w:val="1A1A1A"/>
          <w:sz w:val="20"/>
        </w:rPr>
        <w:t>•  You may write in English, French or Arabic.</w:t>
      </w:r>
    </w:p>
    <w:p>
      <w:pPr>
        <w:spacing w:before="0" w:after="40"/>
      </w:pPr>
      <w:r>
        <w:rPr>
          <w:b w:val="0"/>
          <w:i w:val="0"/>
          <w:color w:val="1A1A1A"/>
          <w:sz w:val="20"/>
        </w:rPr>
        <w:t>•  Prefer links over heavy attachments. Files above 10 MB may not reach us.</w:t>
      </w:r>
    </w:p>
    <w:p>
      <w:pPr>
        <w:spacing w:before="0" w:after="40"/>
      </w:pPr>
      <w:r>
        <w:rPr>
          <w:b w:val="0"/>
          <w:i w:val="0"/>
          <w:color w:val="1A1A1A"/>
          <w:sz w:val="20"/>
        </w:rPr>
        <w:t>•  Grants go up to €600 per person and cover travel, visa fees and a basic per diem.</w:t>
      </w:r>
    </w:p>
    <w:p>
      <w:pPr>
        <w:spacing w:before="240" w:after="80"/>
      </w:pPr>
      <w:r>
        <w:rPr>
          <w:b/>
          <w:i w:val="0"/>
          <w:color w:val="1E2761"/>
          <w:sz w:val="22"/>
        </w:rPr>
        <w:t>Documents to attach</w:t>
      </w:r>
    </w:p>
    <w:p>
      <w:pPr>
        <w:spacing w:before="0" w:after="40"/>
      </w:pPr>
      <w:r>
        <w:rPr>
          <w:b w:val="0"/>
          <w:i w:val="0"/>
          <w:color w:val="1A1A1A"/>
          <w:sz w:val="20"/>
        </w:rPr>
        <w:t>1.  An updated CV.</w:t>
      </w:r>
    </w:p>
    <w:p>
      <w:pPr>
        <w:spacing w:before="0" w:after="40"/>
      </w:pPr>
      <w:r>
        <w:rPr>
          <w:b w:val="0"/>
          <w:i w:val="0"/>
          <w:color w:val="1A1A1A"/>
          <w:sz w:val="20"/>
        </w:rPr>
        <w:t>2.  A short portfolio, or the links requested in section 2.</w:t>
      </w:r>
    </w:p>
    <w:p>
      <w:pPr>
        <w:spacing w:before="0" w:after="40"/>
      </w:pPr>
      <w:r>
        <w:rPr>
          <w:b w:val="0"/>
          <w:i w:val="0"/>
          <w:color w:val="1A1A1A"/>
          <w:sz w:val="20"/>
        </w:rPr>
        <w:t>3.  A written invitation or agreement from your host structure.</w:t>
      </w:r>
    </w:p>
    <w:p>
      <w:pPr>
        <w:spacing w:before="80" w:after="80"/>
      </w:pPr>
      <w:r>
        <w:rPr>
          <w:b w:val="0"/>
          <w:i/>
          <w:color w:val="666666"/>
          <w:sz w:val="18"/>
        </w:rPr>
        <w:t>Sections 3, 4 and 5 of this form constitute your letter of intent. No separate letter is required.</w:t>
      </w:r>
    </w:p>
    <w:p>
      <w:pPr>
        <w:spacing w:before="280" w:after="120"/>
      </w:pPr>
      <w:r>
        <w:rPr>
          <w:b/>
          <w:i w:val="0"/>
          <w:color w:val="00626F"/>
          <w:sz w:val="25"/>
        </w:rPr>
        <w:t>Eligibility — please tick all four</w:t>
      </w:r>
    </w:p>
    <w:p>
      <w:pPr>
        <w:spacing w:before="0" w:after="100"/>
      </w:pPr>
      <w:r>
        <w:rPr>
          <w:b w:val="0"/>
          <w:i/>
          <w:color w:val="666666"/>
          <w:sz w:val="19"/>
        </w:rPr>
        <w:t>If you cannot tick all four boxes, your application cannot be considered.</w:t>
      </w:r>
    </w:p>
    <w:p>
      <w:pPr>
        <w:spacing w:before="0" w:after="60"/>
      </w:pPr>
      <w:r>
        <w:rPr>
          <w:b w:val="0"/>
          <w:i w:val="0"/>
          <w:color w:val="1A1A1A"/>
          <w:sz w:val="21"/>
        </w:rPr>
        <w:t>☐  I am an artist or cultural professional from, or based in, Lebanon, Syria, Palestine, Yemen or Sudan.</w:t>
      </w:r>
    </w:p>
    <w:p>
      <w:pPr>
        <w:spacing w:before="0" w:after="60"/>
      </w:pPr>
      <w:r>
        <w:rPr>
          <w:b w:val="0"/>
          <w:i w:val="0"/>
          <w:color w:val="1A1A1A"/>
          <w:sz w:val="21"/>
        </w:rPr>
        <w:t>☐  My practice is in the performing arts or is a multidisciplinary practice.</w:t>
      </w:r>
    </w:p>
    <w:p>
      <w:pPr>
        <w:spacing w:before="0" w:after="60"/>
      </w:pPr>
      <w:r>
        <w:rPr>
          <w:b w:val="0"/>
          <w:i w:val="0"/>
          <w:color w:val="1A1A1A"/>
          <w:sz w:val="21"/>
        </w:rPr>
        <w:t>☐  My travel will take place between 16 January and 30 June 2027.</w:t>
      </w:r>
    </w:p>
    <w:p>
      <w:pPr>
        <w:spacing w:before="0" w:after="60"/>
      </w:pPr>
      <w:r>
        <w:rPr>
          <w:b w:val="0"/>
          <w:i w:val="0"/>
          <w:color w:val="1A1A1A"/>
          <w:sz w:val="21"/>
        </w:rPr>
        <w:t>☐  I have identified a host structure or partner for this travel.</w:t>
      </w:r>
    </w:p>
    <w:p>
      <w:pPr>
        <w:spacing w:before="280" w:after="120"/>
      </w:pPr>
      <w:r>
        <w:rPr>
          <w:b/>
          <w:i w:val="0"/>
          <w:color w:val="00626F"/>
          <w:sz w:val="25"/>
        </w:rPr>
        <w:t>1.  Applicant</w:t>
      </w:r>
    </w:p>
    <w:p>
      <w:pPr>
        <w:spacing w:before="120" w:after="40"/>
      </w:pPr>
      <w:r>
        <w:rPr>
          <w:b/>
          <w:i w:val="0"/>
          <w:color w:val="1A1A1A"/>
          <w:sz w:val="21"/>
        </w:rPr>
        <w:t>Full name</w:t>
      </w:r>
    </w:p>
    <w:p>
      <w:pPr>
        <w:spacing w:before="0" w:after="40"/>
        <w:shd w:val="clear" w:color="auto" w:fill="F4F6F7"/>
      </w:pPr>
    </w:p>
    <w:p>
      <w:pPr>
        <w:spacing w:before="120" w:after="40"/>
      </w:pPr>
      <w:r>
        <w:rPr>
          <w:b/>
          <w:i w:val="0"/>
          <w:color w:val="1A1A1A"/>
          <w:sz w:val="21"/>
        </w:rPr>
        <w:t>I am applying as</w:t>
      </w:r>
    </w:p>
    <w:p>
      <w:pPr>
        <w:spacing w:before="0" w:after="60"/>
      </w:pPr>
      <w:r>
        <w:rPr>
          <w:b w:val="0"/>
          <w:i w:val="0"/>
          <w:color w:val="1A1A1A"/>
          <w:sz w:val="21"/>
        </w:rPr>
        <w:t>☐  An individual artist or cultural professional</w:t>
      </w:r>
    </w:p>
    <w:p>
      <w:pPr>
        <w:spacing w:before="0" w:after="60"/>
      </w:pPr>
      <w:r>
        <w:rPr>
          <w:b w:val="0"/>
          <w:i w:val="0"/>
          <w:color w:val="1A1A1A"/>
          <w:sz w:val="21"/>
        </w:rPr>
        <w:t>☐  An artistic group — number of people concerned: ______</w:t>
      </w:r>
    </w:p>
    <w:p>
      <w:pPr>
        <w:spacing w:before="120" w:after="40"/>
      </w:pPr>
      <w:r>
        <w:rPr>
          <w:b/>
          <w:i w:val="0"/>
          <w:color w:val="1A1A1A"/>
          <w:sz w:val="21"/>
        </w:rPr>
        <w:t>Contact person</w:t>
      </w:r>
    </w:p>
    <w:p>
      <w:pPr>
        <w:spacing w:before="0" w:after="60"/>
      </w:pPr>
      <w:r>
        <w:rPr>
          <w:b w:val="0"/>
          <w:i/>
          <w:color w:val="666666"/>
          <w:sz w:val="18"/>
        </w:rPr>
        <w:t>If you apply as a group, name one person who will be our single contact.</w:t>
      </w:r>
    </w:p>
    <w:p>
      <w:pPr>
        <w:spacing w:before="0" w:after="40"/>
        <w:shd w:val="clear" w:color="auto" w:fill="F4F6F7"/>
      </w:pPr>
    </w:p>
    <w:p>
      <w:pPr>
        <w:spacing w:before="120" w:after="40"/>
      </w:pPr>
      <w:r>
        <w:rPr>
          <w:b/>
          <w:i w:val="0"/>
          <w:color w:val="1A1A1A"/>
          <w:sz w:val="21"/>
        </w:rPr>
        <w:t>Email and phone (please indicate if the number is on WhatsApp or Signal)</w:t>
      </w:r>
    </w:p>
    <w:p>
      <w:pPr>
        <w:spacing w:before="0" w:after="40"/>
        <w:shd w:val="clear" w:color="auto" w:fill="F4F6F7"/>
      </w:pPr>
    </w:p>
    <w:p>
      <w:pPr>
        <w:spacing w:before="120" w:after="40"/>
      </w:pPr>
      <w:r>
        <w:rPr>
          <w:b/>
          <w:i w:val="0"/>
          <w:color w:val="1A1A1A"/>
          <w:sz w:val="21"/>
        </w:rPr>
        <w:t>City and country of residence</w:t>
      </w:r>
    </w:p>
    <w:p>
      <w:pPr>
        <w:spacing w:before="0" w:after="40"/>
        <w:shd w:val="clear" w:color="auto" w:fill="F4F6F7"/>
      </w:pPr>
    </w:p>
    <w:p>
      <w:pPr>
        <w:spacing w:before="120" w:after="40"/>
      </w:pPr>
      <w:r>
        <w:rPr>
          <w:b/>
          <w:i w:val="0"/>
          <w:color w:val="1A1A1A"/>
          <w:sz w:val="21"/>
        </w:rPr>
        <w:t>Country of origin / nationality</w:t>
      </w:r>
    </w:p>
    <w:p>
      <w:pPr>
        <w:spacing w:before="0" w:after="40"/>
        <w:shd w:val="clear" w:color="auto" w:fill="F4F6F7"/>
      </w:pPr>
    </w:p>
    <w:p>
      <w:pPr>
        <w:spacing w:before="120" w:after="40"/>
      </w:pPr>
      <w:r>
        <w:rPr>
          <w:b/>
          <w:i w:val="0"/>
          <w:color w:val="1A1A1A"/>
          <w:sz w:val="21"/>
        </w:rPr>
        <w:t>Artistic field or discipline</w:t>
      </w:r>
    </w:p>
    <w:p>
      <w:pPr>
        <w:spacing w:before="0" w:after="40"/>
        <w:shd w:val="clear" w:color="auto" w:fill="F4F6F7"/>
      </w:pPr>
    </w:p>
    <w:p>
      <w:pPr>
        <w:spacing w:before="120" w:after="40"/>
      </w:pPr>
      <w:r>
        <w:rPr>
          <w:b/>
          <w:i w:val="0"/>
          <w:color w:val="1A1A1A"/>
          <w:sz w:val="21"/>
        </w:rPr>
        <w:t>Website, portfolio or social media</w:t>
      </w:r>
    </w:p>
    <w:p>
      <w:pPr>
        <w:spacing w:before="0" w:after="40"/>
        <w:shd w:val="clear" w:color="auto" w:fill="F4F6F7"/>
      </w:pPr>
    </w:p>
    <w:p>
      <w:pPr>
        <w:spacing w:before="120" w:after="40"/>
      </w:pPr>
      <w:r>
        <w:rPr>
          <w:b/>
          <w:i w:val="0"/>
          <w:color w:val="1A1A1A"/>
          <w:sz w:val="21"/>
        </w:rPr>
        <w:t>Short biography</w:t>
      </w:r>
    </w:p>
    <w:p>
      <w:pPr>
        <w:spacing w:before="0" w:after="60"/>
      </w:pPr>
      <w:r>
        <w:rPr>
          <w:b w:val="0"/>
          <w:i/>
          <w:color w:val="666666"/>
          <w:sz w:val="18"/>
        </w:rPr>
        <w:t>120 words maximum.</w:t>
      </w: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120" w:after="40"/>
      </w:pPr>
      <w:r>
        <w:rPr>
          <w:b/>
          <w:i w:val="0"/>
          <w:color w:val="1A1A1A"/>
          <w:sz w:val="21"/>
        </w:rPr>
        <w:t>Emergency contact</w:t>
      </w:r>
    </w:p>
    <w:p>
      <w:pPr>
        <w:spacing w:before="0" w:after="60"/>
      </w:pPr>
      <w:r>
        <w:rPr>
          <w:b w:val="0"/>
          <w:i/>
          <w:color w:val="666666"/>
          <w:sz w:val="18"/>
        </w:rPr>
        <w:t>Name, relationship to you, and phone number.</w:t>
      </w:r>
    </w:p>
    <w:p>
      <w:pPr>
        <w:spacing w:before="0" w:after="40"/>
        <w:shd w:val="clear" w:color="auto" w:fill="F4F6F7"/>
      </w:pPr>
    </w:p>
    <w:p>
      <w:pPr>
        <w:spacing w:before="280" w:after="120"/>
      </w:pPr>
      <w:r>
        <w:rPr>
          <w:b/>
          <w:i w:val="0"/>
          <w:color w:val="00626F"/>
          <w:sz w:val="25"/>
        </w:rPr>
        <w:t>2.  Previous work</w:t>
      </w:r>
    </w:p>
    <w:p>
      <w:pPr>
        <w:spacing w:before="0" w:after="100"/>
      </w:pPr>
      <w:r>
        <w:rPr>
          <w:b w:val="0"/>
          <w:i/>
          <w:color w:val="666666"/>
          <w:sz w:val="19"/>
        </w:rPr>
        <w:t>Three to five links to your previous work — video, audio, press, documentation. Links are preferred to attached files.</w:t>
      </w:r>
    </w:p>
    <w:p>
      <w:pPr>
        <w:spacing w:before="120" w:after="40"/>
      </w:pPr>
      <w:r>
        <w:rPr>
          <w:b/>
          <w:i w:val="0"/>
          <w:color w:val="1A1A1A"/>
          <w:sz w:val="21"/>
        </w:rPr>
        <w:t>1.</w:t>
      </w:r>
    </w:p>
    <w:p>
      <w:pPr>
        <w:spacing w:before="0" w:after="40"/>
        <w:shd w:val="clear" w:color="auto" w:fill="F4F6F7"/>
      </w:pPr>
    </w:p>
    <w:p>
      <w:pPr>
        <w:spacing w:before="120" w:after="40"/>
      </w:pPr>
      <w:r>
        <w:rPr>
          <w:b/>
          <w:i w:val="0"/>
          <w:color w:val="1A1A1A"/>
          <w:sz w:val="21"/>
        </w:rPr>
        <w:t>2.</w:t>
      </w:r>
    </w:p>
    <w:p>
      <w:pPr>
        <w:spacing w:before="0" w:after="40"/>
        <w:shd w:val="clear" w:color="auto" w:fill="F4F6F7"/>
      </w:pPr>
    </w:p>
    <w:p>
      <w:pPr>
        <w:spacing w:before="120" w:after="40"/>
      </w:pPr>
      <w:r>
        <w:rPr>
          <w:b/>
          <w:i w:val="0"/>
          <w:color w:val="1A1A1A"/>
          <w:sz w:val="21"/>
        </w:rPr>
        <w:t>3.</w:t>
      </w:r>
    </w:p>
    <w:p>
      <w:pPr>
        <w:spacing w:before="0" w:after="40"/>
        <w:shd w:val="clear" w:color="auto" w:fill="F4F6F7"/>
      </w:pPr>
    </w:p>
    <w:p>
      <w:pPr>
        <w:spacing w:before="120" w:after="40"/>
      </w:pPr>
      <w:r>
        <w:rPr>
          <w:b/>
          <w:i w:val="0"/>
          <w:color w:val="1A1A1A"/>
          <w:sz w:val="21"/>
        </w:rPr>
        <w:t>4.</w:t>
      </w:r>
    </w:p>
    <w:p>
      <w:pPr>
        <w:spacing w:before="0" w:after="40"/>
        <w:shd w:val="clear" w:color="auto" w:fill="F4F6F7"/>
      </w:pPr>
    </w:p>
    <w:p>
      <w:pPr>
        <w:spacing w:before="120" w:after="40"/>
      </w:pPr>
      <w:r>
        <w:rPr>
          <w:b/>
          <w:i w:val="0"/>
          <w:color w:val="1A1A1A"/>
          <w:sz w:val="21"/>
        </w:rPr>
        <w:t>5.</w:t>
      </w:r>
    </w:p>
    <w:p>
      <w:pPr>
        <w:spacing w:before="0" w:after="40"/>
        <w:shd w:val="clear" w:color="auto" w:fill="F4F6F7"/>
      </w:pPr>
    </w:p>
    <w:p>
      <w:pPr>
        <w:spacing w:before="280" w:after="120"/>
      </w:pPr>
      <w:r>
        <w:rPr>
          <w:b/>
          <w:i w:val="0"/>
          <w:color w:val="00626F"/>
          <w:sz w:val="25"/>
        </w:rPr>
        <w:t>3.  The project</w:t>
      </w:r>
    </w:p>
    <w:p>
      <w:pPr>
        <w:spacing w:before="120" w:after="40"/>
      </w:pPr>
      <w:r>
        <w:rPr>
          <w:b/>
          <w:i w:val="0"/>
          <w:color w:val="1A1A1A"/>
          <w:sz w:val="21"/>
        </w:rPr>
        <w:t>Project title</w:t>
      </w:r>
    </w:p>
    <w:p>
      <w:pPr>
        <w:spacing w:before="0" w:after="40"/>
        <w:shd w:val="clear" w:color="auto" w:fill="F4F6F7"/>
      </w:pPr>
    </w:p>
    <w:p>
      <w:pPr>
        <w:spacing w:before="120" w:after="40"/>
      </w:pPr>
      <w:r>
        <w:rPr>
          <w:b/>
          <w:i w:val="0"/>
          <w:color w:val="1A1A1A"/>
          <w:sz w:val="21"/>
        </w:rPr>
        <w:t>Project summary</w:t>
      </w:r>
    </w:p>
    <w:p>
      <w:pPr>
        <w:spacing w:before="0" w:after="60"/>
      </w:pPr>
      <w:r>
        <w:rPr>
          <w:b w:val="0"/>
          <w:i/>
          <w:color w:val="666666"/>
          <w:sz w:val="18"/>
        </w:rPr>
        <w:t>250 words maximum. What is the project, with whom, and at what stage is it?</w:t>
      </w: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120" w:after="40"/>
      </w:pPr>
      <w:r>
        <w:rPr>
          <w:b/>
          <w:i w:val="0"/>
          <w:color w:val="1A1A1A"/>
          <w:sz w:val="21"/>
        </w:rPr>
        <w:t>Expected outcomes</w:t>
      </w:r>
    </w:p>
    <w:p>
      <w:pPr>
        <w:spacing w:before="0" w:after="60"/>
      </w:pPr>
      <w:r>
        <w:rPr>
          <w:b w:val="0"/>
          <w:i/>
          <w:color w:val="666666"/>
          <w:sz w:val="18"/>
        </w:rPr>
        <w:t>150 words maximum. What will exist after this travel that does not exist now?</w:t>
      </w: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280" w:after="120"/>
      </w:pPr>
      <w:r>
        <w:rPr>
          <w:b/>
          <w:i w:val="0"/>
          <w:color w:val="00626F"/>
          <w:sz w:val="25"/>
        </w:rPr>
        <w:t>4.  The travel</w:t>
      </w:r>
    </w:p>
    <w:p>
      <w:pPr>
        <w:spacing w:before="120" w:after="40"/>
      </w:pPr>
      <w:r>
        <w:rPr>
          <w:b/>
          <w:i w:val="0"/>
          <w:color w:val="1A1A1A"/>
          <w:sz w:val="21"/>
        </w:rPr>
        <w:t>Travel route</w:t>
      </w:r>
    </w:p>
    <w:p>
      <w:pPr>
        <w:spacing w:before="0" w:after="60"/>
      </w:pPr>
      <w:r>
        <w:rPr>
          <w:b w:val="0"/>
          <w:i/>
          <w:color w:val="666666"/>
          <w:sz w:val="18"/>
        </w:rPr>
        <w:t>From (city, country) — to (city, country).</w:t>
      </w:r>
    </w:p>
    <w:p>
      <w:pPr>
        <w:spacing w:before="0" w:after="40"/>
        <w:shd w:val="clear" w:color="auto" w:fill="F4F6F7"/>
      </w:pPr>
    </w:p>
    <w:p>
      <w:pPr>
        <w:spacing w:before="120" w:after="40"/>
      </w:pPr>
      <w:r>
        <w:rPr>
          <w:b/>
          <w:i w:val="0"/>
          <w:color w:val="1A1A1A"/>
          <w:sz w:val="21"/>
        </w:rPr>
        <w:t>Dates</w:t>
      </w:r>
    </w:p>
    <w:p>
      <w:pPr>
        <w:spacing w:before="0" w:after="60"/>
      </w:pPr>
      <w:r>
        <w:rPr>
          <w:b w:val="0"/>
          <w:i/>
          <w:color w:val="666666"/>
          <w:sz w:val="18"/>
        </w:rPr>
        <w:t>Departure — return — total duration. Must fall between 16 January and 30 June 2027.</w:t>
      </w:r>
    </w:p>
    <w:p>
      <w:pPr>
        <w:spacing w:before="0" w:after="40"/>
        <w:shd w:val="clear" w:color="auto" w:fill="F4F6F7"/>
      </w:pPr>
    </w:p>
    <w:p>
      <w:pPr>
        <w:spacing w:before="120" w:after="40"/>
      </w:pPr>
      <w:r>
        <w:rPr>
          <w:b/>
          <w:i w:val="0"/>
          <w:color w:val="1A1A1A"/>
          <w:sz w:val="21"/>
        </w:rPr>
        <w:t>Means of travel</w:t>
      </w:r>
    </w:p>
    <w:p>
      <w:pPr>
        <w:spacing w:before="0" w:after="60"/>
      </w:pPr>
      <w:r>
        <w:rPr>
          <w:b w:val="0"/>
          <w:i w:val="0"/>
          <w:color w:val="1A1A1A"/>
          <w:sz w:val="21"/>
        </w:rPr>
        <w:t>☐  Land</w:t>
      </w:r>
    </w:p>
    <w:p>
      <w:pPr>
        <w:spacing w:before="0" w:after="60"/>
      </w:pPr>
      <w:r>
        <w:rPr>
          <w:b w:val="0"/>
          <w:i w:val="0"/>
          <w:color w:val="1A1A1A"/>
          <w:sz w:val="21"/>
        </w:rPr>
        <w:t>☐  Train</w:t>
      </w:r>
    </w:p>
    <w:p>
      <w:pPr>
        <w:spacing w:before="0" w:after="60"/>
      </w:pPr>
      <w:r>
        <w:rPr>
          <w:b w:val="0"/>
          <w:i w:val="0"/>
          <w:color w:val="1A1A1A"/>
          <w:sz w:val="21"/>
        </w:rPr>
        <w:t>☐  Plane</w:t>
      </w:r>
    </w:p>
    <w:p>
      <w:pPr>
        <w:spacing w:before="120" w:after="40"/>
      </w:pPr>
      <w:r>
        <w:rPr>
          <w:b/>
          <w:i w:val="0"/>
          <w:color w:val="1A1A1A"/>
          <w:sz w:val="21"/>
        </w:rPr>
        <w:t>Type of activity</w:t>
      </w:r>
    </w:p>
    <w:p>
      <w:pPr>
        <w:spacing w:before="0" w:after="60"/>
      </w:pPr>
      <w:r>
        <w:rPr>
          <w:b w:val="0"/>
          <w:i w:val="0"/>
          <w:color w:val="1A1A1A"/>
          <w:sz w:val="21"/>
        </w:rPr>
        <w:t>☐  Professional training</w:t>
      </w:r>
    </w:p>
    <w:p>
      <w:pPr>
        <w:spacing w:before="0" w:after="60"/>
      </w:pPr>
      <w:r>
        <w:rPr>
          <w:b w:val="0"/>
          <w:i w:val="0"/>
          <w:color w:val="1A1A1A"/>
          <w:sz w:val="21"/>
        </w:rPr>
        <w:t>☐  Creation and residency</w:t>
      </w:r>
    </w:p>
    <w:p>
      <w:pPr>
        <w:spacing w:before="0" w:after="60"/>
      </w:pPr>
      <w:r>
        <w:rPr>
          <w:b w:val="0"/>
          <w:i w:val="0"/>
          <w:color w:val="1A1A1A"/>
          <w:sz w:val="21"/>
        </w:rPr>
        <w:t>☐  Dissemination and networking</w:t>
      </w:r>
    </w:p>
    <w:p>
      <w:pPr>
        <w:spacing w:before="120" w:after="40"/>
      </w:pPr>
      <w:r>
        <w:rPr>
          <w:b/>
          <w:i w:val="0"/>
          <w:color w:val="1A1A1A"/>
          <w:sz w:val="21"/>
        </w:rPr>
        <w:t>Why must this travel happen now?</w:t>
      </w:r>
    </w:p>
    <w:p>
      <w:pPr>
        <w:spacing w:before="0" w:after="60"/>
      </w:pPr>
      <w:r>
        <w:rPr>
          <w:b w:val="0"/>
          <w:i/>
          <w:color w:val="666666"/>
          <w:sz w:val="18"/>
        </w:rPr>
        <w:t>250 words maximum. This is the most heavily weighted question. Explain why this journey must take place now, and what is lost if it does not.</w:t>
      </w: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280" w:after="120"/>
      </w:pPr>
      <w:r>
        <w:rPr>
          <w:b/>
          <w:i w:val="0"/>
          <w:color w:val="00626F"/>
          <w:sz w:val="25"/>
        </w:rPr>
        <w:t>5.  The host</w:t>
      </w:r>
    </w:p>
    <w:p>
      <w:pPr>
        <w:spacing w:before="120" w:after="40"/>
      </w:pPr>
      <w:r>
        <w:rPr>
          <w:b/>
          <w:i w:val="0"/>
          <w:color w:val="1A1A1A"/>
          <w:sz w:val="21"/>
        </w:rPr>
        <w:t>Host organisation or institution</w:t>
      </w:r>
    </w:p>
    <w:p>
      <w:pPr>
        <w:spacing w:before="0" w:after="60"/>
      </w:pPr>
      <w:r>
        <w:rPr>
          <w:b w:val="0"/>
          <w:i/>
          <w:color w:val="666666"/>
          <w:sz w:val="18"/>
        </w:rPr>
        <w:t>Name, address, website.</w:t>
      </w:r>
    </w:p>
    <w:p>
      <w:pPr>
        <w:spacing w:before="0" w:after="40"/>
        <w:shd w:val="clear" w:color="auto" w:fill="F4F6F7"/>
      </w:pPr>
    </w:p>
    <w:p>
      <w:pPr>
        <w:spacing w:before="0" w:after="40"/>
        <w:shd w:val="clear" w:color="auto" w:fill="F4F6F7"/>
      </w:pPr>
    </w:p>
    <w:p>
      <w:pPr>
        <w:spacing w:before="120" w:after="40"/>
      </w:pPr>
      <w:r>
        <w:rPr>
          <w:b/>
          <w:i w:val="0"/>
          <w:color w:val="1A1A1A"/>
          <w:sz w:val="21"/>
        </w:rPr>
        <w:t>If your host is an individual artist</w:t>
      </w:r>
    </w:p>
    <w:p>
      <w:pPr>
        <w:spacing w:before="0" w:after="60"/>
      </w:pPr>
      <w:r>
        <w:rPr>
          <w:b w:val="0"/>
          <w:i/>
          <w:color w:val="666666"/>
          <w:sz w:val="18"/>
        </w:rPr>
        <w:t>Name, short biography, website or portfolio.</w:t>
      </w:r>
    </w:p>
    <w:p>
      <w:pPr>
        <w:spacing w:before="0" w:after="40"/>
        <w:shd w:val="clear" w:color="auto" w:fill="F4F6F7"/>
      </w:pPr>
    </w:p>
    <w:p>
      <w:pPr>
        <w:spacing w:before="0" w:after="40"/>
        <w:shd w:val="clear" w:color="auto" w:fill="F4F6F7"/>
      </w:pPr>
    </w:p>
    <w:p>
      <w:pPr>
        <w:spacing w:before="120" w:after="40"/>
      </w:pPr>
      <w:r>
        <w:rPr>
          <w:b/>
          <w:i w:val="0"/>
          <w:color w:val="1A1A1A"/>
          <w:sz w:val="21"/>
        </w:rPr>
        <w:t>Relevance of the host</w:t>
      </w:r>
    </w:p>
    <w:p>
      <w:pPr>
        <w:spacing w:before="0" w:after="60"/>
      </w:pPr>
      <w:r>
        <w:rPr>
          <w:b w:val="0"/>
          <w:i/>
          <w:color w:val="666666"/>
          <w:sz w:val="18"/>
        </w:rPr>
        <w:t>150 words maximum. Describe the relationship between you, your project and this host.</w:t>
      </w:r>
    </w:p>
    <w:p>
      <w:pPr>
        <w:spacing w:before="0" w:after="40"/>
        <w:shd w:val="clear" w:color="auto" w:fill="F4F6F7"/>
      </w:pPr>
    </w:p>
    <w:p>
      <w:pPr>
        <w:spacing w:before="0" w:after="40"/>
        <w:shd w:val="clear" w:color="auto" w:fill="F4F6F7"/>
      </w:pPr>
    </w:p>
    <w:p>
      <w:pPr>
        <w:spacing w:before="0" w:after="40"/>
        <w:shd w:val="clear" w:color="auto" w:fill="F4F6F7"/>
      </w:pPr>
    </w:p>
    <w:p>
      <w:pPr>
        <w:spacing w:before="0" w:after="40"/>
        <w:shd w:val="clear" w:color="auto" w:fill="F4F6F7"/>
      </w:pPr>
    </w:p>
    <w:p>
      <w:pPr>
        <w:spacing w:before="120" w:after="40"/>
      </w:pPr>
      <w:r>
        <w:rPr>
          <w:b/>
          <w:i w:val="0"/>
          <w:color w:val="1A1A1A"/>
          <w:sz w:val="21"/>
        </w:rPr>
        <w:t>Is a written invitation or agreement attached to this application?</w:t>
      </w:r>
    </w:p>
    <w:p>
      <w:pPr>
        <w:spacing w:before="0" w:after="60"/>
      </w:pPr>
      <w:r>
        <w:rPr>
          <w:b w:val="0"/>
          <w:i w:val="0"/>
          <w:color w:val="1A1A1A"/>
          <w:sz w:val="21"/>
        </w:rPr>
        <w:t>☐  Yes</w:t>
      </w:r>
    </w:p>
    <w:p>
      <w:pPr>
        <w:spacing w:before="0" w:after="60"/>
      </w:pPr>
      <w:r>
        <w:rPr>
          <w:b w:val="0"/>
          <w:i w:val="0"/>
          <w:color w:val="1A1A1A"/>
          <w:sz w:val="21"/>
        </w:rPr>
        <w:t>☐  No</w:t>
      </w:r>
    </w:p>
    <w:p>
      <w:pPr>
        <w:spacing w:before="280" w:after="120"/>
      </w:pPr>
      <w:r>
        <w:rPr>
          <w:b/>
          <w:i w:val="0"/>
          <w:color w:val="00626F"/>
          <w:sz w:val="25"/>
        </w:rPr>
        <w:t>6.  Travel documents and visa</w:t>
      </w:r>
    </w:p>
    <w:p>
      <w:pPr>
        <w:spacing w:before="0" w:after="100"/>
      </w:pPr>
      <w:r>
        <w:rPr>
          <w:b w:val="0"/>
          <w:i/>
          <w:color w:val="666666"/>
          <w:sz w:val="19"/>
        </w:rPr>
        <w:t>Travel may be towards Europe, within the region, or back to your country of origin. We ask these questions because mobility grants are regularly lost to consular delays and permit refusals. Answering honestly does not weaken your application — it helps us support you.</w:t>
      </w:r>
    </w:p>
    <w:p>
      <w:pPr>
        <w:spacing w:before="120" w:after="40"/>
      </w:pPr>
      <w:r>
        <w:rPr>
          <w:b/>
          <w:i w:val="0"/>
          <w:color w:val="1A1A1A"/>
          <w:sz w:val="21"/>
        </w:rPr>
        <w:t>Passport or travel document — valid until</w:t>
      </w:r>
    </w:p>
    <w:p>
      <w:pPr>
        <w:spacing w:before="0" w:after="40"/>
        <w:shd w:val="clear" w:color="auto" w:fill="F4F6F7"/>
      </w:pPr>
    </w:p>
    <w:p>
      <w:pPr>
        <w:spacing w:before="120" w:after="40"/>
      </w:pPr>
      <w:r>
        <w:rPr>
          <w:b/>
          <w:i w:val="0"/>
          <w:color w:val="1A1A1A"/>
          <w:sz w:val="21"/>
        </w:rPr>
        <w:t>Is a visa or travel permit required for your destination?</w:t>
      </w:r>
    </w:p>
    <w:p>
      <w:pPr>
        <w:spacing w:before="0" w:after="60"/>
      </w:pPr>
      <w:r>
        <w:rPr>
          <w:b w:val="0"/>
          <w:i w:val="0"/>
          <w:color w:val="1A1A1A"/>
          <w:sz w:val="21"/>
        </w:rPr>
        <w:t>☐  Yes</w:t>
      </w:r>
    </w:p>
    <w:p>
      <w:pPr>
        <w:spacing w:before="0" w:after="60"/>
      </w:pPr>
      <w:r>
        <w:rPr>
          <w:b w:val="0"/>
          <w:i w:val="0"/>
          <w:color w:val="1A1A1A"/>
          <w:sz w:val="21"/>
        </w:rPr>
        <w:t>☐  No</w:t>
      </w:r>
    </w:p>
    <w:p>
      <w:pPr>
        <w:spacing w:before="0" w:after="60"/>
      </w:pPr>
      <w:r>
        <w:rPr>
          <w:b w:val="0"/>
          <w:i w:val="0"/>
          <w:color w:val="1A1A1A"/>
          <w:sz w:val="21"/>
        </w:rPr>
        <w:t>☐  I do not know</w:t>
      </w:r>
    </w:p>
    <w:p>
      <w:pPr>
        <w:spacing w:before="120" w:after="40"/>
      </w:pPr>
      <w:r>
        <w:rPr>
          <w:b/>
          <w:i w:val="0"/>
          <w:color w:val="1A1A1A"/>
          <w:sz w:val="21"/>
        </w:rPr>
        <w:t>Has a visa or permit for this destination ever been refused to you?</w:t>
      </w:r>
    </w:p>
    <w:p>
      <w:pPr>
        <w:spacing w:before="0" w:after="60"/>
      </w:pPr>
      <w:r>
        <w:rPr>
          <w:b w:val="0"/>
          <w:i w:val="0"/>
          <w:color w:val="1A1A1A"/>
          <w:sz w:val="21"/>
        </w:rPr>
        <w:t>☐  Yes</w:t>
      </w:r>
    </w:p>
    <w:p>
      <w:pPr>
        <w:spacing w:before="0" w:after="60"/>
      </w:pPr>
      <w:r>
        <w:rPr>
          <w:b w:val="0"/>
          <w:i w:val="0"/>
          <w:color w:val="1A1A1A"/>
          <w:sz w:val="21"/>
        </w:rPr>
        <w:t>☐  No</w:t>
      </w:r>
    </w:p>
    <w:p>
      <w:pPr>
        <w:spacing w:before="120" w:after="40"/>
      </w:pPr>
      <w:r>
        <w:rPr>
          <w:b/>
          <w:i w:val="0"/>
          <w:color w:val="1A1A1A"/>
          <w:sz w:val="21"/>
        </w:rPr>
        <w:t>Consulate or embassy where you will apply, and estimated processing time</w:t>
      </w:r>
    </w:p>
    <w:p>
      <w:pPr>
        <w:spacing w:before="0" w:after="60"/>
      </w:pPr>
      <w:r>
        <w:rPr>
          <w:b w:val="0"/>
          <w:i/>
          <w:color w:val="666666"/>
          <w:sz w:val="18"/>
        </w:rPr>
        <w:t>If you already hold a valid visa, say so here.</w:t>
      </w:r>
    </w:p>
    <w:p>
      <w:pPr>
        <w:spacing w:before="0" w:after="40"/>
        <w:shd w:val="clear" w:color="auto" w:fill="F4F6F7"/>
      </w:pPr>
    </w:p>
    <w:p>
      <w:pPr>
        <w:spacing w:before="120" w:after="40"/>
      </w:pPr>
      <w:r>
        <w:rPr>
          <w:b/>
          <w:i w:val="0"/>
          <w:color w:val="1A1A1A"/>
          <w:sz w:val="21"/>
        </w:rPr>
        <w:t>Any other administrative or practical obstacle we should be aware of</w:t>
      </w:r>
    </w:p>
    <w:p>
      <w:pPr>
        <w:spacing w:before="0" w:after="60"/>
      </w:pPr>
      <w:r>
        <w:rPr>
          <w:b w:val="0"/>
          <w:i/>
          <w:color w:val="666666"/>
          <w:sz w:val="18"/>
        </w:rPr>
        <w:t>Closed borders, expired documents, exit permits, anything relevant.</w:t>
      </w:r>
    </w:p>
    <w:p>
      <w:pPr>
        <w:spacing w:before="0" w:after="40"/>
        <w:shd w:val="clear" w:color="auto" w:fill="F4F6F7"/>
      </w:pPr>
    </w:p>
    <w:p>
      <w:pPr>
        <w:spacing w:before="0" w:after="40"/>
        <w:shd w:val="clear" w:color="auto" w:fill="F4F6F7"/>
      </w:pPr>
    </w:p>
    <w:p>
      <w:pPr>
        <w:spacing w:before="280" w:after="120"/>
      </w:pPr>
      <w:r>
        <w:rPr>
          <w:b/>
          <w:i w:val="0"/>
          <w:color w:val="00626F"/>
          <w:sz w:val="25"/>
        </w:rPr>
        <w:t>7.  Budget</w:t>
      </w:r>
    </w:p>
    <w:p>
      <w:pPr>
        <w:spacing w:before="0" w:after="100"/>
      </w:pPr>
      <w:r>
        <w:rPr>
          <w:b w:val="0"/>
          <w:i/>
          <w:color w:val="666666"/>
          <w:sz w:val="19"/>
        </w:rPr>
        <w:t>In euros. Be realistic: the jury assesses feasibility, and an underestimated budget is a journey that does not happen.</w:t>
      </w:r>
    </w:p>
    <w:p>
      <w:pPr>
        <w:spacing w:before="120" w:after="40"/>
      </w:pPr>
      <w:r>
        <w:rPr>
          <w:b/>
          <w:i w:val="0"/>
          <w:color w:val="1A1A1A"/>
          <w:sz w:val="21"/>
        </w:rPr>
        <w:t>International travel (€)</w:t>
      </w:r>
    </w:p>
    <w:p>
      <w:pPr>
        <w:spacing w:before="0" w:after="40"/>
        <w:shd w:val="clear" w:color="auto" w:fill="F4F6F7"/>
      </w:pPr>
    </w:p>
    <w:p>
      <w:pPr>
        <w:spacing w:before="120" w:after="40"/>
      </w:pPr>
      <w:r>
        <w:rPr>
          <w:b/>
          <w:i w:val="0"/>
          <w:color w:val="1A1A1A"/>
          <w:sz w:val="21"/>
        </w:rPr>
        <w:t>National and local transport (€)</w:t>
      </w:r>
    </w:p>
    <w:p>
      <w:pPr>
        <w:spacing w:before="0" w:after="40"/>
        <w:shd w:val="clear" w:color="auto" w:fill="F4F6F7"/>
      </w:pPr>
    </w:p>
    <w:p>
      <w:pPr>
        <w:spacing w:before="120" w:after="40"/>
      </w:pPr>
      <w:r>
        <w:rPr>
          <w:b/>
          <w:i w:val="0"/>
          <w:color w:val="1A1A1A"/>
          <w:sz w:val="21"/>
        </w:rPr>
        <w:t>Visa and consular fees (€)</w:t>
      </w:r>
    </w:p>
    <w:p>
      <w:pPr>
        <w:spacing w:before="0" w:after="40"/>
        <w:shd w:val="clear" w:color="auto" w:fill="F4F6F7"/>
      </w:pPr>
    </w:p>
    <w:p>
      <w:pPr>
        <w:spacing w:before="120" w:after="40"/>
      </w:pPr>
      <w:r>
        <w:rPr>
          <w:b/>
          <w:i w:val="0"/>
          <w:color w:val="1A1A1A"/>
          <w:sz w:val="21"/>
        </w:rPr>
        <w:t>Per diem (€)</w:t>
      </w:r>
    </w:p>
    <w:p>
      <w:pPr>
        <w:spacing w:before="0" w:after="40"/>
        <w:shd w:val="clear" w:color="auto" w:fill="F4F6F7"/>
      </w:pPr>
    </w:p>
    <w:p>
      <w:pPr>
        <w:spacing w:before="160" w:after="40"/>
      </w:pPr>
      <w:r>
        <w:rPr>
          <w:b/>
          <w:i w:val="0"/>
          <w:color w:val="1E2761"/>
          <w:sz w:val="22"/>
        </w:rPr>
        <w:t>TOTAL REQUESTED FROM THE ROBERTO CIMETTA FUND (€600 maximum)</w:t>
      </w:r>
    </w:p>
    <w:p>
      <w:pPr>
        <w:spacing w:before="0" w:after="80"/>
        <w:shd w:val="clear" w:color="auto" w:fill="E8F0F2"/>
      </w:pPr>
    </w:p>
    <w:p>
      <w:pPr>
        <w:spacing w:before="160" w:after="40"/>
      </w:pPr>
      <w:r>
        <w:rPr>
          <w:b/>
          <w:i w:val="0"/>
          <w:color w:val="1A1A1A"/>
          <w:sz w:val="21"/>
        </w:rPr>
        <w:t>Is accommodation covered by your host?</w:t>
      </w:r>
    </w:p>
    <w:p>
      <w:pPr>
        <w:spacing w:before="0" w:after="60"/>
      </w:pPr>
      <w:r>
        <w:rPr>
          <w:b w:val="0"/>
          <w:i w:val="0"/>
          <w:color w:val="1A1A1A"/>
          <w:sz w:val="21"/>
        </w:rPr>
        <w:t>☐  Yes</w:t>
      </w:r>
    </w:p>
    <w:p>
      <w:pPr>
        <w:spacing w:before="0" w:after="60"/>
      </w:pPr>
      <w:r>
        <w:rPr>
          <w:b w:val="0"/>
          <w:i w:val="0"/>
          <w:color w:val="1A1A1A"/>
          <w:sz w:val="21"/>
        </w:rPr>
        <w:t>☐  No</w:t>
      </w:r>
    </w:p>
    <w:p>
      <w:pPr>
        <w:spacing w:before="120" w:after="40"/>
      </w:pPr>
      <w:r>
        <w:rPr>
          <w:b/>
          <w:i w:val="0"/>
          <w:color w:val="1A1A1A"/>
          <w:sz w:val="21"/>
        </w:rPr>
        <w:t>If not, how will accommodation be covered?</w:t>
      </w:r>
    </w:p>
    <w:p>
      <w:pPr>
        <w:spacing w:before="0" w:after="40"/>
        <w:shd w:val="clear" w:color="auto" w:fill="F4F6F7"/>
      </w:pPr>
    </w:p>
    <w:p>
      <w:pPr>
        <w:spacing w:before="0" w:after="40"/>
        <w:shd w:val="clear" w:color="auto" w:fill="F4F6F7"/>
      </w:pPr>
    </w:p>
    <w:p>
      <w:pPr>
        <w:spacing w:before="120" w:after="40"/>
      </w:pPr>
      <w:r>
        <w:rPr>
          <w:b/>
          <w:i w:val="0"/>
          <w:color w:val="1A1A1A"/>
          <w:sz w:val="21"/>
        </w:rPr>
        <w:t>Other funding secured or requested for this travel</w:t>
      </w:r>
    </w:p>
    <w:p>
      <w:pPr>
        <w:spacing w:before="0" w:after="60"/>
      </w:pPr>
      <w:r>
        <w:rPr>
          <w:b w:val="0"/>
          <w:i/>
          <w:color w:val="666666"/>
          <w:sz w:val="18"/>
        </w:rPr>
        <w:t>Source and amount. Say clearly whether it is confirmed or pending.</w:t>
      </w:r>
    </w:p>
    <w:p>
      <w:pPr>
        <w:spacing w:before="0" w:after="40"/>
        <w:shd w:val="clear" w:color="auto" w:fill="F4F6F7"/>
      </w:pPr>
    </w:p>
    <w:p>
      <w:pPr>
        <w:spacing w:before="0" w:after="40"/>
        <w:shd w:val="clear" w:color="auto" w:fill="F4F6F7"/>
      </w:pPr>
    </w:p>
    <w:p>
      <w:pPr>
        <w:spacing w:before="280" w:after="120"/>
      </w:pPr>
      <w:r>
        <w:rPr>
          <w:b/>
          <w:i w:val="0"/>
          <w:color w:val="00626F"/>
          <w:sz w:val="25"/>
        </w:rPr>
        <w:t>8.  Practical information</w:t>
      </w:r>
    </w:p>
    <w:p>
      <w:pPr>
        <w:spacing w:before="120" w:after="40"/>
      </w:pPr>
      <w:r>
        <w:rPr>
          <w:b/>
          <w:i w:val="0"/>
          <w:color w:val="1A1A1A"/>
          <w:sz w:val="21"/>
        </w:rPr>
        <w:t>Accessibility or specific needs</w:t>
      </w:r>
    </w:p>
    <w:p>
      <w:pPr>
        <w:spacing w:before="0" w:after="60"/>
      </w:pPr>
      <w:r>
        <w:rPr>
          <w:b w:val="0"/>
          <w:i/>
          <w:color w:val="666666"/>
          <w:sz w:val="18"/>
        </w:rPr>
        <w:t>Optional. Tell us anything we should take into account.</w:t>
      </w:r>
    </w:p>
    <w:p>
      <w:pPr>
        <w:spacing w:before="0" w:after="40"/>
        <w:shd w:val="clear" w:color="auto" w:fill="F4F6F7"/>
      </w:pPr>
    </w:p>
    <w:p>
      <w:pPr>
        <w:spacing w:before="0" w:after="40"/>
        <w:shd w:val="clear" w:color="auto" w:fill="F4F6F7"/>
      </w:pPr>
    </w:p>
    <w:p>
      <w:pPr>
        <w:spacing w:before="120" w:after="40"/>
      </w:pPr>
      <w:r>
        <w:rPr>
          <w:b/>
          <w:i w:val="0"/>
          <w:color w:val="1A1A1A"/>
          <w:sz w:val="21"/>
        </w:rPr>
        <w:t>How did you hear about this call?</w:t>
      </w:r>
    </w:p>
    <w:p>
      <w:pPr>
        <w:spacing w:before="0" w:after="40"/>
        <w:shd w:val="clear" w:color="auto" w:fill="F4F6F7"/>
      </w:pPr>
    </w:p>
    <w:p>
      <w:pPr>
        <w:spacing w:before="280" w:after="120"/>
      </w:pPr>
      <w:r>
        <w:rPr>
          <w:b/>
          <w:i w:val="0"/>
          <w:color w:val="00626F"/>
          <w:sz w:val="25"/>
        </w:rPr>
        <w:t>9.  Declaration</w:t>
      </w:r>
    </w:p>
    <w:p>
      <w:pPr>
        <w:spacing w:before="0" w:after="80"/>
      </w:pPr>
      <w:r>
        <w:rPr>
          <w:b w:val="0"/>
          <w:i w:val="0"/>
          <w:color w:val="1A1A1A"/>
          <w:sz w:val="19"/>
        </w:rPr>
        <w:t>I certify that the information given in this application is accurate and complete. I understand that the grant is paid against supporting documents, and that a narrative and financial report is required after the travel.</w:t>
      </w:r>
    </w:p>
    <w:p>
      <w:pPr>
        <w:spacing w:before="0" w:after="160"/>
      </w:pPr>
      <w:r>
        <w:rPr>
          <w:b w:val="0"/>
          <w:i/>
          <w:color w:val="666666"/>
          <w:sz w:val="18"/>
        </w:rPr>
        <w:t>The Roberto Cimetta Fund processes this data solely to assess and administer this grant. It is kept for the duration of the programme and deleted afterwards, except where French law requires the association to retain it. You may request access to your data, or its deletion, by writing to administration@cimettafund.org.</w:t>
      </w:r>
    </w:p>
    <w:p>
      <w:pPr>
        <w:spacing w:before="120" w:after="40"/>
      </w:pPr>
      <w:r>
        <w:rPr>
          <w:b/>
          <w:i w:val="0"/>
          <w:color w:val="1A1A1A"/>
          <w:sz w:val="21"/>
        </w:rPr>
        <w:t>Name, place, date and signature</w:t>
      </w:r>
    </w:p>
    <w:p>
      <w:pPr>
        <w:spacing w:before="0" w:after="60"/>
      </w:pPr>
      <w:r>
        <w:rPr>
          <w:b w:val="0"/>
          <w:i/>
          <w:color w:val="666666"/>
          <w:sz w:val="18"/>
        </w:rPr>
        <w:t>A typed name is accepted.</w:t>
      </w:r>
    </w:p>
    <w:p>
      <w:pPr>
        <w:spacing w:before="0" w:after="40"/>
        <w:shd w:val="clear" w:color="auto" w:fill="F4F6F7"/>
      </w:pPr>
    </w:p>
    <w:p>
      <w:pPr>
        <w:spacing w:before="320" w:after="100"/>
      </w:pPr>
      <w:r>
        <w:rPr>
          <w:b/>
          <w:i w:val="0"/>
          <w:color w:val="1E2761"/>
          <w:sz w:val="22"/>
        </w:rPr>
        <w:t>Before you send — final check</w:t>
      </w:r>
    </w:p>
    <w:p>
      <w:pPr>
        <w:spacing w:before="0" w:after="60"/>
      </w:pPr>
      <w:r>
        <w:rPr>
          <w:b w:val="0"/>
          <w:i w:val="0"/>
          <w:color w:val="1A1A1A"/>
          <w:sz w:val="21"/>
        </w:rPr>
        <w:t>☐  This form is complete.</w:t>
      </w:r>
    </w:p>
    <w:p>
      <w:pPr>
        <w:spacing w:before="0" w:after="60"/>
      </w:pPr>
      <w:r>
        <w:rPr>
          <w:b w:val="0"/>
          <w:i w:val="0"/>
          <w:color w:val="1A1A1A"/>
          <w:sz w:val="21"/>
        </w:rPr>
        <w:t>☐  My updated CV is attached.</w:t>
      </w:r>
    </w:p>
    <w:p>
      <w:pPr>
        <w:spacing w:before="0" w:after="60"/>
      </w:pPr>
      <w:r>
        <w:rPr>
          <w:b w:val="0"/>
          <w:i w:val="0"/>
          <w:color w:val="1A1A1A"/>
          <w:sz w:val="21"/>
        </w:rPr>
        <w:t>☐  My portfolio or the links in section 2 are provided.</w:t>
      </w:r>
    </w:p>
    <w:p>
      <w:pPr>
        <w:spacing w:before="0" w:after="60"/>
      </w:pPr>
      <w:r>
        <w:rPr>
          <w:b w:val="0"/>
          <w:i w:val="0"/>
          <w:color w:val="1A1A1A"/>
          <w:sz w:val="21"/>
        </w:rPr>
        <w:t>☐  The written invitation from my host is attached.</w:t>
      </w:r>
    </w:p>
    <w:p>
      <w:pPr>
        <w:spacing w:before="0" w:after="60"/>
      </w:pPr>
      <w:r>
        <w:rPr>
          <w:b w:val="0"/>
          <w:i w:val="0"/>
          <w:color w:val="1A1A1A"/>
          <w:sz w:val="21"/>
        </w:rPr>
        <w:t>☐  Everything is assembled into one single PDF file.</w:t>
      </w:r>
    </w:p>
    <w:p>
      <w:pPr>
        <w:spacing w:before="0" w:after="60"/>
      </w:pPr>
      <w:r>
        <w:rPr>
          <w:b w:val="0"/>
          <w:i w:val="0"/>
          <w:color w:val="1A1A1A"/>
          <w:sz w:val="21"/>
        </w:rPr>
        <w:t>☐  The file is named SURNAME_Firstname_COUNTRY_EMG2027.pdf</w:t>
      </w:r>
    </w:p>
    <w:p>
      <w:pPr>
        <w:spacing w:before="0" w:after="60"/>
      </w:pPr>
      <w:r>
        <w:rPr>
          <w:b w:val="0"/>
          <w:i w:val="0"/>
          <w:color w:val="1A1A1A"/>
          <w:sz w:val="21"/>
        </w:rPr>
        <w:t>☐  Sent to administration@cimettafund.org before 1 November 2026.</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