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pPr>
      <w:r>
        <w:rPr>
          <w:rFonts w:ascii="Calibri" w:hAnsi="Calibri"/>
          <w:b/>
          <w:i w:val="0"/>
          <w:color w:val="1E2761"/>
          <w:sz w:val="40"/>
        </w:rPr>
        <w:t>Fonds Roberto Cimetta</w:t>
      </w:r>
    </w:p>
    <w:p>
      <w:pPr>
        <w:spacing w:before="0" w:after="40"/>
      </w:pPr>
      <w:r>
        <w:rPr>
          <w:rFonts w:ascii="Calibri" w:hAnsi="Calibri"/>
          <w:b w:val="0"/>
          <w:i w:val="0"/>
          <w:color w:val="00626F"/>
          <w:sz w:val="24"/>
        </w:rPr>
        <w:t>Bourses de mobilité d'urgence 2027</w:t>
      </w:r>
    </w:p>
    <w:p>
      <w:pPr>
        <w:spacing w:before="0" w:after="200"/>
      </w:pPr>
      <w:r>
        <w:rPr>
          <w:rFonts w:ascii="Calibri" w:hAnsi="Calibri"/>
          <w:b/>
          <w:i w:val="0"/>
          <w:color w:val="1A1A1A"/>
          <w:sz w:val="22"/>
        </w:rPr>
        <w:t>Formulaire de candidature</w:t>
      </w:r>
    </w:p>
    <w:p>
      <w:pPr>
        <w:spacing w:before="200" w:after="80"/>
      </w:pPr>
      <w:r>
        <w:rPr>
          <w:rFonts w:ascii="Calibri" w:hAnsi="Calibri"/>
          <w:b/>
          <w:i w:val="0"/>
          <w:color w:val="1E2761"/>
          <w:sz w:val="22"/>
        </w:rPr>
        <w:t>Avant de commencer</w:t>
      </w:r>
    </w:p>
    <w:p>
      <w:pPr>
        <w:spacing w:before="0" w:after="40"/>
      </w:pPr>
      <w:r>
        <w:rPr>
          <w:rFonts w:ascii="Calibri" w:hAnsi="Calibri"/>
          <w:b w:val="0"/>
          <w:i w:val="0"/>
          <w:color w:val="1A1A1A"/>
          <w:sz w:val="20"/>
        </w:rPr>
        <w:t>·  Date limite : 1er novembre 2026.</w:t>
      </w:r>
    </w:p>
    <w:p>
      <w:pPr>
        <w:spacing w:before="0" w:after="40"/>
      </w:pPr>
      <w:r>
        <w:rPr>
          <w:rFonts w:ascii="Calibri" w:hAnsi="Calibri"/>
          <w:b w:val="0"/>
          <w:i w:val="0"/>
          <w:color w:val="1A1A1A"/>
          <w:sz w:val="20"/>
        </w:rPr>
        <w:t>·  Envoyez votre candidature à administration@cimettafund.org.</w:t>
      </w:r>
    </w:p>
    <w:p>
      <w:pPr>
        <w:spacing w:before="0" w:after="40"/>
      </w:pPr>
      <w:r>
        <w:rPr>
          <w:rFonts w:ascii="Calibri" w:hAnsi="Calibri"/>
          <w:b w:val="0"/>
          <w:i w:val="0"/>
          <w:color w:val="1A1A1A"/>
          <w:sz w:val="20"/>
        </w:rPr>
        <w:t>·  Nommez ce fichier NOM_Prénom_PAYS_EMG2027. Les pièces jointes peuvent être des fichiers séparés dans le même courriel.</w:t>
      </w:r>
    </w:p>
    <w:p>
      <w:pPr>
        <w:spacing w:before="0" w:after="40"/>
      </w:pPr>
      <w:r>
        <w:rPr>
          <w:rFonts w:ascii="Calibri" w:hAnsi="Calibri"/>
          <w:b w:val="0"/>
          <w:i w:val="0"/>
          <w:color w:val="1A1A1A"/>
          <w:sz w:val="20"/>
        </w:rPr>
        <w:t>·  Vous pouvez écrire en arabe, en anglais ou en français.</w:t>
      </w:r>
    </w:p>
    <w:p>
      <w:pPr>
        <w:spacing w:before="0" w:after="40"/>
      </w:pPr>
      <w:r>
        <w:rPr>
          <w:rFonts w:ascii="Calibri" w:hAnsi="Calibri"/>
          <w:b w:val="0"/>
          <w:i w:val="0"/>
          <w:color w:val="1A1A1A"/>
          <w:sz w:val="20"/>
        </w:rPr>
        <w:t>·  La bourse peut atteindre 600 € : transport, frais de visa et indemnité journalière de base.</w:t>
      </w:r>
    </w:p>
    <w:p>
      <w:pPr>
        <w:spacing w:before="0" w:after="40"/>
      </w:pPr>
      <w:r>
        <w:rPr>
          <w:rFonts w:ascii="Calibri" w:hAnsi="Calibri"/>
          <w:b w:val="0"/>
          <w:i w:val="0"/>
          <w:color w:val="1A1A1A"/>
          <w:sz w:val="20"/>
        </w:rPr>
        <w:t>·  Préférez les liens aux fichiers lourds. Un courriel de plus de 10 Mo risque de ne pas nous parvenir.</w:t>
      </w:r>
    </w:p>
    <w:p>
      <w:pPr>
        <w:spacing w:before="0" w:after="40"/>
      </w:pPr>
      <w:r>
        <w:rPr>
          <w:rFonts w:ascii="Calibri" w:hAnsi="Calibri"/>
          <w:b w:val="0"/>
          <w:i w:val="0"/>
          <w:color w:val="1A1A1A"/>
          <w:sz w:val="20"/>
        </w:rPr>
        <w:t>·  Ce formulaire demande une trentaine de minutes.</w:t>
      </w:r>
    </w:p>
    <w:p>
      <w:pPr>
        <w:spacing w:before="200" w:after="80"/>
      </w:pPr>
      <w:r>
        <w:rPr>
          <w:rFonts w:ascii="Calibri" w:hAnsi="Calibri"/>
          <w:b/>
          <w:i w:val="0"/>
          <w:color w:val="1E2761"/>
          <w:sz w:val="22"/>
        </w:rPr>
        <w:t>Pièces à joindre</w:t>
      </w:r>
    </w:p>
    <w:p>
      <w:pPr>
        <w:spacing w:before="0" w:after="40"/>
      </w:pPr>
      <w:r>
        <w:rPr>
          <w:rFonts w:ascii="Calibri" w:hAnsi="Calibri"/>
          <w:b w:val="0"/>
          <w:i w:val="0"/>
          <w:color w:val="1A1A1A"/>
          <w:sz w:val="20"/>
        </w:rPr>
        <w:t>·  Votre CV, une à deux pages.</w:t>
      </w:r>
    </w:p>
    <w:p>
      <w:pPr>
        <w:spacing w:before="0" w:after="40"/>
      </w:pPr>
      <w:r>
        <w:rPr>
          <w:rFonts w:ascii="Calibri" w:hAnsi="Calibri"/>
          <w:b w:val="0"/>
          <w:i w:val="0"/>
          <w:color w:val="1A1A1A"/>
          <w:sz w:val="20"/>
        </w:rPr>
        <w:t>·  L'invitation ou l'accord de votre structure d'accueil.</w:t>
      </w:r>
    </w:p>
    <w:p>
      <w:pPr>
        <w:spacing w:before="0" w:after="60"/>
      </w:pPr>
      <w:r>
        <w:rPr>
          <w:rFonts w:ascii="Calibri" w:hAnsi="Calibri"/>
          <w:b w:val="0"/>
          <w:i/>
          <w:color w:val="666666"/>
          <w:sz w:val="18"/>
        </w:rPr>
        <w:t>Aucune lettre d'intention n'est demandée : les sections 3 et 4 en tiennent lieu. Les liens vers votre travail se mettent dans la section 2, il n'y a rien à joindre pour cela.</w:t>
      </w:r>
    </w:p>
    <w:p>
      <w:pPr>
        <w:spacing w:before="280" w:after="120"/>
      </w:pPr>
      <w:r>
        <w:rPr>
          <w:rFonts w:ascii="Calibri" w:hAnsi="Calibri"/>
          <w:b/>
          <w:i w:val="0"/>
          <w:color w:val="00626F"/>
          <w:sz w:val="25"/>
        </w:rPr>
        <w:t>Éligibilité</w:t>
      </w:r>
    </w:p>
    <w:p>
      <w:pPr>
        <w:spacing w:before="0" w:after="60"/>
      </w:pPr>
      <w:r>
        <w:rPr>
          <w:rFonts w:ascii="Calibri" w:hAnsi="Calibri"/>
          <w:b w:val="0"/>
          <w:i/>
          <w:color w:val="666666"/>
          <w:sz w:val="18"/>
        </w:rPr>
        <w:t>Cochez les quatre cases. Si l'une d'elles ne vous correspond pas, cet appel n'est pas le bon.</w:t>
      </w:r>
    </w:p>
    <w:p>
      <w:pPr>
        <w:spacing w:before="0" w:after="60"/>
      </w:pPr>
      <w:r>
        <w:rPr>
          <w:rFonts w:ascii="Calibri" w:hAnsi="Calibri"/>
          <w:b w:val="0"/>
          <w:i w:val="0"/>
          <w:color w:val="1A1A1A"/>
          <w:sz w:val="21"/>
        </w:rPr>
        <w:t>☐  Je suis artiste ou professionnel·le de la culture, originaire du Liban, de Syrie, de Palestine, du Yémen ou du Soudan, ou j'y vis.</w:t>
      </w:r>
    </w:p>
    <w:p>
      <w:pPr>
        <w:spacing w:before="0" w:after="60"/>
      </w:pPr>
      <w:r>
        <w:rPr>
          <w:rFonts w:ascii="Calibri" w:hAnsi="Calibri"/>
          <w:b w:val="0"/>
          <w:i w:val="0"/>
          <w:color w:val="1A1A1A"/>
          <w:sz w:val="21"/>
        </w:rPr>
        <w:t>☐  Je travaille dans les arts vivants ou dans des pratiques pluridisciplinaires.</w:t>
      </w:r>
    </w:p>
    <w:p>
      <w:pPr>
        <w:spacing w:before="0" w:after="60"/>
      </w:pPr>
      <w:r>
        <w:rPr>
          <w:rFonts w:ascii="Calibri" w:hAnsi="Calibri"/>
          <w:b w:val="0"/>
          <w:i w:val="0"/>
          <w:color w:val="1A1A1A"/>
          <w:sz w:val="21"/>
        </w:rPr>
        <w:t>☐  Mon déplacement a lieu entre le 16 janvier et le 30 juin 2027.</w:t>
      </w:r>
    </w:p>
    <w:p>
      <w:pPr>
        <w:spacing w:before="0" w:after="60"/>
      </w:pPr>
      <w:r>
        <w:rPr>
          <w:rFonts w:ascii="Calibri" w:hAnsi="Calibri"/>
          <w:b w:val="0"/>
          <w:i w:val="0"/>
          <w:color w:val="1A1A1A"/>
          <w:sz w:val="21"/>
        </w:rPr>
        <w:t>☐  J'ai un hôte ou un partenaire dans le pays de destination.</w:t>
      </w:r>
    </w:p>
    <w:p>
      <w:pPr>
        <w:spacing w:before="280" w:after="120"/>
      </w:pPr>
      <w:r>
        <w:rPr>
          <w:rFonts w:ascii="Calibri" w:hAnsi="Calibri"/>
          <w:b/>
          <w:i w:val="0"/>
          <w:color w:val="00626F"/>
          <w:sz w:val="25"/>
        </w:rPr>
        <w:t>1. Vous</w:t>
      </w:r>
    </w:p>
    <w:p>
      <w:pPr>
        <w:spacing w:before="120" w:after="40"/>
      </w:pPr>
      <w:r>
        <w:rPr>
          <w:rFonts w:ascii="Calibri" w:hAnsi="Calibri"/>
          <w:b/>
          <w:i w:val="0"/>
          <w:color w:val="1A1A1A"/>
          <w:sz w:val="21"/>
        </w:rPr>
        <w:t>Nom et prénom</w:t>
      </w:r>
    </w:p>
    <w:p>
      <w:pPr>
        <w:spacing w:before="0" w:after="40"/>
        <w:shd w:val="clear" w:color="auto" w:fill="F4F6F7"/>
      </w:pPr>
    </w:p>
    <w:p>
      <w:pPr>
        <w:spacing w:before="120" w:after="40"/>
      </w:pPr>
      <w:r>
        <w:rPr>
          <w:rFonts w:ascii="Calibri" w:hAnsi="Calibri"/>
          <w:b/>
          <w:i w:val="0"/>
          <w:color w:val="1A1A1A"/>
          <w:sz w:val="21"/>
        </w:rPr>
        <w:t>Cette candidature est</w:t>
      </w:r>
    </w:p>
    <w:p>
      <w:pPr>
        <w:spacing w:before="0" w:after="60"/>
      </w:pPr>
      <w:r>
        <w:rPr>
          <w:rFonts w:ascii="Calibri" w:hAnsi="Calibri"/>
          <w:b w:val="0"/>
          <w:i w:val="0"/>
          <w:color w:val="1A1A1A"/>
          <w:sz w:val="21"/>
        </w:rPr>
        <w:t>☐  individuelle</w:t>
      </w:r>
    </w:p>
    <w:p>
      <w:pPr>
        <w:spacing w:before="0" w:after="60"/>
      </w:pPr>
      <w:r>
        <w:rPr>
          <w:rFonts w:ascii="Calibri" w:hAnsi="Calibri"/>
          <w:b w:val="0"/>
          <w:i w:val="0"/>
          <w:color w:val="1A1A1A"/>
          <w:sz w:val="21"/>
        </w:rPr>
        <w:t>☐  collective. Nombre de membres : ______</w:t>
      </w:r>
    </w:p>
    <w:p>
      <w:pPr>
        <w:spacing w:before="120" w:after="40"/>
      </w:pPr>
      <w:r>
        <w:rPr>
          <w:rFonts w:ascii="Calibri" w:hAnsi="Calibri"/>
          <w:b/>
          <w:i w:val="0"/>
          <w:color w:val="1A1A1A"/>
          <w:sz w:val="21"/>
        </w:rPr>
        <w:t>Personne à contacter</w:t>
      </w:r>
    </w:p>
    <w:p>
      <w:pPr>
        <w:spacing w:before="0" w:after="60"/>
      </w:pPr>
      <w:r>
        <w:rPr>
          <w:rFonts w:ascii="Calibri" w:hAnsi="Calibri"/>
          <w:b w:val="0"/>
          <w:i/>
          <w:color w:val="666666"/>
          <w:sz w:val="18"/>
        </w:rPr>
        <w:t>Pour un collectif, donnez un seul nom.</w:t>
      </w:r>
    </w:p>
    <w:p>
      <w:pPr>
        <w:spacing w:before="0" w:after="40"/>
        <w:shd w:val="clear" w:color="auto" w:fill="F4F6F7"/>
      </w:pPr>
    </w:p>
    <w:p>
      <w:pPr>
        <w:spacing w:before="120" w:after="40"/>
      </w:pPr>
      <w:r>
        <w:rPr>
          <w:rFonts w:ascii="Calibri" w:hAnsi="Calibri"/>
          <w:b/>
          <w:i w:val="0"/>
          <w:color w:val="1A1A1A"/>
          <w:sz w:val="21"/>
        </w:rPr>
        <w:t>Courriel et téléphone</w:t>
      </w:r>
    </w:p>
    <w:p>
      <w:pPr>
        <w:spacing w:before="0" w:after="60"/>
      </w:pPr>
      <w:r>
        <w:rPr>
          <w:rFonts w:ascii="Calibri" w:hAnsi="Calibri"/>
          <w:b w:val="0"/>
          <w:i/>
          <w:color w:val="666666"/>
          <w:sz w:val="18"/>
        </w:rPr>
        <w:t>Précisez si le numéro est sur WhatsApp ou Signal.</w:t>
      </w:r>
    </w:p>
    <w:p>
      <w:pPr>
        <w:spacing w:before="0" w:after="40"/>
        <w:shd w:val="clear" w:color="auto" w:fill="F4F6F7"/>
      </w:pPr>
    </w:p>
    <w:p>
      <w:pPr>
        <w:spacing w:before="120" w:after="40"/>
      </w:pPr>
      <w:r>
        <w:rPr>
          <w:rFonts w:ascii="Calibri" w:hAnsi="Calibri"/>
          <w:b/>
          <w:i w:val="0"/>
          <w:color w:val="1A1A1A"/>
          <w:sz w:val="21"/>
        </w:rPr>
        <w:t>Ville et pays de résidence</w:t>
      </w:r>
    </w:p>
    <w:p>
      <w:pPr>
        <w:spacing w:before="0" w:after="40"/>
        <w:shd w:val="clear" w:color="auto" w:fill="F4F6F7"/>
      </w:pPr>
    </w:p>
    <w:p>
      <w:pPr>
        <w:spacing w:before="120" w:after="40"/>
      </w:pPr>
      <w:r>
        <w:rPr>
          <w:rFonts w:ascii="Calibri" w:hAnsi="Calibri"/>
          <w:b/>
          <w:i w:val="0"/>
          <w:color w:val="1A1A1A"/>
          <w:sz w:val="21"/>
        </w:rPr>
        <w:t>Pays d'origine ou nationalité</w:t>
      </w:r>
    </w:p>
    <w:p>
      <w:pPr>
        <w:spacing w:before="0" w:after="40"/>
        <w:shd w:val="clear" w:color="auto" w:fill="F4F6F7"/>
      </w:pPr>
    </w:p>
    <w:p>
      <w:pPr>
        <w:spacing w:before="120" w:after="40"/>
      </w:pPr>
      <w:r>
        <w:rPr>
          <w:rFonts w:ascii="Calibri" w:hAnsi="Calibri"/>
          <w:b/>
          <w:i w:val="0"/>
          <w:color w:val="1A1A1A"/>
          <w:sz w:val="21"/>
        </w:rPr>
        <w:t>Discipline artistique</w:t>
      </w:r>
    </w:p>
    <w:p>
      <w:pPr>
        <w:spacing w:before="0" w:after="40"/>
        <w:shd w:val="clear" w:color="auto" w:fill="F4F6F7"/>
      </w:pPr>
    </w:p>
    <w:p>
      <w:pPr>
        <w:spacing w:before="120" w:after="40"/>
      </w:pPr>
      <w:r>
        <w:rPr>
          <w:rFonts w:ascii="Calibri" w:hAnsi="Calibri"/>
          <w:b/>
          <w:i w:val="0"/>
          <w:color w:val="1A1A1A"/>
          <w:sz w:val="21"/>
        </w:rPr>
        <w:t>Site, portfolio ou réseaux sociaux</w:t>
      </w:r>
    </w:p>
    <w:p>
      <w:pPr>
        <w:spacing w:before="0" w:after="60"/>
      </w:pPr>
      <w:r>
        <w:rPr>
          <w:rFonts w:ascii="Calibri" w:hAnsi="Calibri"/>
          <w:b w:val="0"/>
          <w:i/>
          <w:color w:val="666666"/>
          <w:sz w:val="18"/>
        </w:rPr>
        <w:t>Facultatif.</w:t>
      </w:r>
    </w:p>
    <w:p>
      <w:pPr>
        <w:spacing w:before="0" w:after="40"/>
        <w:shd w:val="clear" w:color="auto" w:fill="F4F6F7"/>
      </w:pPr>
    </w:p>
    <w:p>
      <w:pPr>
        <w:spacing w:before="120" w:after="40"/>
      </w:pPr>
      <w:r>
        <w:rPr>
          <w:rFonts w:ascii="Calibri" w:hAnsi="Calibri"/>
          <w:b/>
          <w:i w:val="0"/>
          <w:color w:val="1A1A1A"/>
          <w:sz w:val="21"/>
        </w:rPr>
        <w:t>Biographie courte</w:t>
      </w:r>
    </w:p>
    <w:p>
      <w:pPr>
        <w:spacing w:before="0" w:after="60"/>
      </w:pPr>
      <w:r>
        <w:rPr>
          <w:rFonts w:ascii="Calibri" w:hAnsi="Calibri"/>
          <w:b w:val="0"/>
          <w:i/>
          <w:color w:val="666666"/>
          <w:sz w:val="18"/>
        </w:rPr>
        <w:t>120 mots maximum.</w:t>
      </w:r>
    </w:p>
    <w:p>
      <w:pPr>
        <w:spacing w:before="0" w:after="40"/>
        <w:shd w:val="clear" w:color="auto" w:fill="F4F6F7"/>
      </w:pPr>
    </w:p>
    <w:p>
      <w:pPr>
        <w:spacing w:before="0" w:after="40"/>
        <w:shd w:val="clear" w:color="auto" w:fill="F4F6F7"/>
      </w:pPr>
    </w:p>
    <w:p>
      <w:pPr>
        <w:spacing w:before="0" w:after="40"/>
        <w:shd w:val="clear" w:color="auto" w:fill="F4F6F7"/>
      </w:pPr>
    </w:p>
    <w:p>
      <w:pPr>
        <w:spacing w:before="0" w:after="40"/>
        <w:shd w:val="clear" w:color="auto" w:fill="F4F6F7"/>
      </w:pPr>
    </w:p>
    <w:p>
      <w:pPr>
        <w:spacing w:before="280" w:after="120"/>
      </w:pPr>
      <w:r>
        <w:rPr>
          <w:rFonts w:ascii="Calibri" w:hAnsi="Calibri"/>
          <w:b/>
          <w:i w:val="0"/>
          <w:color w:val="00626F"/>
          <w:sz w:val="25"/>
        </w:rPr>
        <w:t>2. Votre travail</w:t>
      </w:r>
    </w:p>
    <w:p>
      <w:pPr>
        <w:spacing w:before="0" w:after="60"/>
      </w:pPr>
      <w:r>
        <w:rPr>
          <w:rFonts w:ascii="Calibri" w:hAnsi="Calibri"/>
          <w:b w:val="0"/>
          <w:i/>
          <w:color w:val="666666"/>
          <w:sz w:val="18"/>
        </w:rPr>
        <w:t>Un à cinq liens : vidéo, son, presse, documentation. Les liens nous arrangent plus que les fichiers. Si vous débutez et n'avez pas encore de corpus d'œuvres, montrez-nous le projet sur lequel vous travaillez en ce moment. Cela suffit.</w:t>
      </w:r>
    </w:p>
    <w:p>
      <w:pPr>
        <w:spacing w:before="120" w:after="40"/>
      </w:pPr>
      <w:r>
        <w:rPr>
          <w:rFonts w:ascii="Calibri" w:hAnsi="Calibri"/>
          <w:b/>
          <w:i w:val="0"/>
          <w:color w:val="1A1A1A"/>
          <w:sz w:val="21"/>
        </w:rPr>
        <w:t>1.</w:t>
      </w:r>
    </w:p>
    <w:p>
      <w:pPr>
        <w:spacing w:before="0" w:after="40"/>
        <w:shd w:val="clear" w:color="auto" w:fill="F4F6F7"/>
      </w:pPr>
    </w:p>
    <w:p>
      <w:pPr>
        <w:spacing w:before="120" w:after="40"/>
      </w:pPr>
      <w:r>
        <w:rPr>
          <w:rFonts w:ascii="Calibri" w:hAnsi="Calibri"/>
          <w:b/>
          <w:i w:val="0"/>
          <w:color w:val="1A1A1A"/>
          <w:sz w:val="21"/>
        </w:rPr>
        <w:t>2.</w:t>
      </w:r>
    </w:p>
    <w:p>
      <w:pPr>
        <w:spacing w:before="0" w:after="40"/>
        <w:shd w:val="clear" w:color="auto" w:fill="F4F6F7"/>
      </w:pPr>
    </w:p>
    <w:p>
      <w:pPr>
        <w:spacing w:before="120" w:after="40"/>
      </w:pPr>
      <w:r>
        <w:rPr>
          <w:rFonts w:ascii="Calibri" w:hAnsi="Calibri"/>
          <w:b/>
          <w:i w:val="0"/>
          <w:color w:val="1A1A1A"/>
          <w:sz w:val="21"/>
        </w:rPr>
        <w:t>3.</w:t>
      </w:r>
    </w:p>
    <w:p>
      <w:pPr>
        <w:spacing w:before="0" w:after="40"/>
        <w:shd w:val="clear" w:color="auto" w:fill="F4F6F7"/>
      </w:pPr>
    </w:p>
    <w:p>
      <w:pPr>
        <w:spacing w:before="120" w:after="40"/>
      </w:pPr>
      <w:r>
        <w:rPr>
          <w:rFonts w:ascii="Calibri" w:hAnsi="Calibri"/>
          <w:b/>
          <w:i w:val="0"/>
          <w:color w:val="1A1A1A"/>
          <w:sz w:val="21"/>
        </w:rPr>
        <w:t>4.</w:t>
      </w:r>
    </w:p>
    <w:p>
      <w:pPr>
        <w:spacing w:before="0" w:after="40"/>
        <w:shd w:val="clear" w:color="auto" w:fill="F4F6F7"/>
      </w:pPr>
    </w:p>
    <w:p>
      <w:pPr>
        <w:spacing w:before="120" w:after="40"/>
      </w:pPr>
      <w:r>
        <w:rPr>
          <w:rFonts w:ascii="Calibri" w:hAnsi="Calibri"/>
          <w:b/>
          <w:i w:val="0"/>
          <w:color w:val="1A1A1A"/>
          <w:sz w:val="21"/>
        </w:rPr>
        <w:t>5.</w:t>
      </w:r>
    </w:p>
    <w:p>
      <w:pPr>
        <w:spacing w:before="0" w:after="40"/>
        <w:shd w:val="clear" w:color="auto" w:fill="F4F6F7"/>
      </w:pPr>
    </w:p>
    <w:p>
      <w:pPr>
        <w:spacing w:before="280" w:after="120"/>
      </w:pPr>
      <w:r>
        <w:rPr>
          <w:rFonts w:ascii="Calibri" w:hAnsi="Calibri"/>
          <w:b/>
          <w:i w:val="0"/>
          <w:color w:val="00626F"/>
          <w:sz w:val="25"/>
        </w:rPr>
        <w:t>3. Le projet</w:t>
      </w:r>
    </w:p>
    <w:p>
      <w:pPr>
        <w:spacing w:before="120" w:after="40"/>
      </w:pPr>
      <w:r>
        <w:rPr>
          <w:rFonts w:ascii="Calibri" w:hAnsi="Calibri"/>
          <w:b/>
          <w:i w:val="0"/>
          <w:color w:val="1A1A1A"/>
          <w:sz w:val="21"/>
        </w:rPr>
        <w:t>Titre du projet</w:t>
      </w:r>
    </w:p>
    <w:p>
      <w:pPr>
        <w:spacing w:before="0" w:after="40"/>
        <w:shd w:val="clear" w:color="auto" w:fill="F4F6F7"/>
      </w:pPr>
    </w:p>
    <w:p>
      <w:pPr>
        <w:spacing w:before="120" w:after="40"/>
      </w:pPr>
      <w:r>
        <w:rPr>
          <w:rFonts w:ascii="Calibri" w:hAnsi="Calibri"/>
          <w:b/>
          <w:i w:val="0"/>
          <w:color w:val="1A1A1A"/>
          <w:sz w:val="21"/>
        </w:rPr>
        <w:t>En quoi consiste le projet</w:t>
      </w:r>
    </w:p>
    <w:p>
      <w:pPr>
        <w:spacing w:before="0" w:after="60"/>
      </w:pPr>
      <w:r>
        <w:rPr>
          <w:rFonts w:ascii="Calibri" w:hAnsi="Calibri"/>
          <w:b w:val="0"/>
          <w:i/>
          <w:color w:val="666666"/>
          <w:sz w:val="18"/>
        </w:rPr>
        <w:t>250 mots maximum. Ce que c'est, avec qui, où vous en êtes, et ce que vous attendez de ce déplacement.</w:t>
      </w:r>
    </w:p>
    <w:p>
      <w:pPr>
        <w:spacing w:before="0" w:after="40"/>
        <w:shd w:val="clear" w:color="auto" w:fill="F4F6F7"/>
      </w:pPr>
    </w:p>
    <w:p>
      <w:pPr>
        <w:spacing w:before="0" w:after="40"/>
        <w:shd w:val="clear" w:color="auto" w:fill="F4F6F7"/>
      </w:pPr>
    </w:p>
    <w:p>
      <w:pPr>
        <w:spacing w:before="0" w:after="40"/>
        <w:shd w:val="clear" w:color="auto" w:fill="F4F6F7"/>
      </w:pPr>
    </w:p>
    <w:p>
      <w:pPr>
        <w:spacing w:before="0" w:after="40"/>
        <w:shd w:val="clear" w:color="auto" w:fill="F4F6F7"/>
      </w:pPr>
    </w:p>
    <w:p>
      <w:pPr>
        <w:spacing w:before="0" w:after="40"/>
        <w:shd w:val="clear" w:color="auto" w:fill="F4F6F7"/>
      </w:pPr>
    </w:p>
    <w:p>
      <w:pPr>
        <w:spacing w:before="0" w:after="40"/>
        <w:shd w:val="clear" w:color="auto" w:fill="F4F6F7"/>
      </w:pPr>
    </w:p>
    <w:p>
      <w:pPr>
        <w:spacing w:before="0" w:after="40"/>
        <w:shd w:val="clear" w:color="auto" w:fill="F4F6F7"/>
      </w:pPr>
    </w:p>
    <w:p>
      <w:pPr>
        <w:spacing w:before="0" w:after="40"/>
        <w:shd w:val="clear" w:color="auto" w:fill="F4F6F7"/>
      </w:pPr>
    </w:p>
    <w:p>
      <w:pPr>
        <w:spacing w:before="280" w:after="120"/>
      </w:pPr>
      <w:r>
        <w:rPr>
          <w:rFonts w:ascii="Calibri" w:hAnsi="Calibri"/>
          <w:b/>
          <w:i w:val="0"/>
          <w:color w:val="00626F"/>
          <w:sz w:val="25"/>
        </w:rPr>
        <w:t>4. Le déplacement</w:t>
      </w:r>
    </w:p>
    <w:p>
      <w:pPr>
        <w:spacing w:before="120" w:after="40"/>
      </w:pPr>
      <w:r>
        <w:rPr>
          <w:rFonts w:ascii="Calibri" w:hAnsi="Calibri"/>
          <w:b/>
          <w:i w:val="0"/>
          <w:color w:val="1A1A1A"/>
          <w:sz w:val="21"/>
        </w:rPr>
        <w:t>Trajet</w:t>
      </w:r>
    </w:p>
    <w:p>
      <w:pPr>
        <w:spacing w:before="0" w:after="60"/>
      </w:pPr>
      <w:r>
        <w:rPr>
          <w:rFonts w:ascii="Calibri" w:hAnsi="Calibri"/>
          <w:b w:val="0"/>
          <w:i/>
          <w:color w:val="666666"/>
          <w:sz w:val="18"/>
        </w:rPr>
        <w:t>De quelle ville et quel pays, vers quelle ville et quel pays.</w:t>
      </w:r>
    </w:p>
    <w:p>
      <w:pPr>
        <w:spacing w:before="0" w:after="40"/>
        <w:shd w:val="clear" w:color="auto" w:fill="F4F6F7"/>
      </w:pPr>
    </w:p>
    <w:p>
      <w:pPr>
        <w:spacing w:before="120" w:after="40"/>
      </w:pPr>
      <w:r>
        <w:rPr>
          <w:rFonts w:ascii="Calibri" w:hAnsi="Calibri"/>
          <w:b/>
          <w:i w:val="0"/>
          <w:color w:val="1A1A1A"/>
          <w:sz w:val="21"/>
        </w:rPr>
        <w:t>Dates</w:t>
      </w:r>
    </w:p>
    <w:p>
      <w:pPr>
        <w:spacing w:before="0" w:after="60"/>
      </w:pPr>
      <w:r>
        <w:rPr>
          <w:rFonts w:ascii="Calibri" w:hAnsi="Calibri"/>
          <w:b w:val="0"/>
          <w:i/>
          <w:color w:val="666666"/>
          <w:sz w:val="18"/>
        </w:rPr>
        <w:t>Départ et retour, durée totale. Entre le 16 janvier et le 30 juin 2027.</w:t>
      </w:r>
    </w:p>
    <w:p>
      <w:pPr>
        <w:spacing w:before="0" w:after="40"/>
        <w:shd w:val="clear" w:color="auto" w:fill="F4F6F7"/>
      </w:pPr>
    </w:p>
    <w:p>
      <w:pPr>
        <w:spacing w:before="120" w:after="40"/>
      </w:pPr>
      <w:r>
        <w:rPr>
          <w:rFonts w:ascii="Calibri" w:hAnsi="Calibri"/>
          <w:b/>
          <w:i w:val="0"/>
          <w:color w:val="1A1A1A"/>
          <w:sz w:val="21"/>
        </w:rPr>
        <w:t>Mode de transport</w:t>
      </w:r>
    </w:p>
    <w:p>
      <w:pPr>
        <w:spacing w:before="0" w:after="60"/>
      </w:pPr>
      <w:r>
        <w:rPr>
          <w:rFonts w:ascii="Calibri" w:hAnsi="Calibri"/>
          <w:b w:val="0"/>
          <w:i w:val="0"/>
          <w:color w:val="1A1A1A"/>
          <w:sz w:val="21"/>
        </w:rPr>
        <w:t>☐  route</w:t>
      </w:r>
    </w:p>
    <w:p>
      <w:pPr>
        <w:spacing w:before="0" w:after="60"/>
      </w:pPr>
      <w:r>
        <w:rPr>
          <w:rFonts w:ascii="Calibri" w:hAnsi="Calibri"/>
          <w:b w:val="0"/>
          <w:i w:val="0"/>
          <w:color w:val="1A1A1A"/>
          <w:sz w:val="21"/>
        </w:rPr>
        <w:t>☐  train</w:t>
      </w:r>
    </w:p>
    <w:p>
      <w:pPr>
        <w:spacing w:before="0" w:after="60"/>
      </w:pPr>
      <w:r>
        <w:rPr>
          <w:rFonts w:ascii="Calibri" w:hAnsi="Calibri"/>
          <w:b w:val="0"/>
          <w:i w:val="0"/>
          <w:color w:val="1A1A1A"/>
          <w:sz w:val="21"/>
        </w:rPr>
        <w:t>☐  avion</w:t>
      </w:r>
    </w:p>
    <w:p>
      <w:pPr>
        <w:spacing w:before="120" w:after="40"/>
      </w:pPr>
      <w:r>
        <w:rPr>
          <w:rFonts w:ascii="Calibri" w:hAnsi="Calibri"/>
          <w:b/>
          <w:i w:val="0"/>
          <w:color w:val="1A1A1A"/>
          <w:sz w:val="21"/>
        </w:rPr>
        <w:t>Nature de l'activité</w:t>
      </w:r>
    </w:p>
    <w:p>
      <w:pPr>
        <w:spacing w:before="0" w:after="60"/>
      </w:pPr>
      <w:r>
        <w:rPr>
          <w:rFonts w:ascii="Calibri" w:hAnsi="Calibri"/>
          <w:b w:val="0"/>
          <w:i w:val="0"/>
          <w:color w:val="1A1A1A"/>
          <w:sz w:val="21"/>
        </w:rPr>
        <w:t>☐  formation professionnelle</w:t>
      </w:r>
    </w:p>
    <w:p>
      <w:pPr>
        <w:spacing w:before="0" w:after="60"/>
      </w:pPr>
      <w:r>
        <w:rPr>
          <w:rFonts w:ascii="Calibri" w:hAnsi="Calibri"/>
          <w:b w:val="0"/>
          <w:i w:val="0"/>
          <w:color w:val="1A1A1A"/>
          <w:sz w:val="21"/>
        </w:rPr>
        <w:t>☐  création et résidence</w:t>
      </w:r>
    </w:p>
    <w:p>
      <w:pPr>
        <w:spacing w:before="0" w:after="60"/>
      </w:pPr>
      <w:r>
        <w:rPr>
          <w:rFonts w:ascii="Calibri" w:hAnsi="Calibri"/>
          <w:b w:val="0"/>
          <w:i w:val="0"/>
          <w:color w:val="1A1A1A"/>
          <w:sz w:val="21"/>
        </w:rPr>
        <w:t>☐  diffusion et mise en réseau</w:t>
      </w:r>
    </w:p>
    <w:p>
      <w:pPr>
        <w:spacing w:before="120" w:after="40"/>
      </w:pPr>
      <w:r>
        <w:rPr>
          <w:rFonts w:ascii="Calibri" w:hAnsi="Calibri"/>
          <w:b/>
          <w:i w:val="0"/>
          <w:color w:val="1A1A1A"/>
          <w:sz w:val="21"/>
        </w:rPr>
        <w:t>Pourquoi ce déplacement doit-il avoir lieu maintenant, et vers cette destination ?</w:t>
      </w:r>
    </w:p>
    <w:p>
      <w:pPr>
        <w:spacing w:before="0" w:after="60"/>
      </w:pPr>
      <w:r>
        <w:rPr>
          <w:rFonts w:ascii="Calibri" w:hAnsi="Calibri"/>
          <w:b w:val="0"/>
          <w:i/>
          <w:color w:val="666666"/>
          <w:sz w:val="18"/>
        </w:rPr>
        <w:t>250 mots maximum. C'est la question qui décide de la candidature. Dites-nous ce qui la rend urgente, et ce qui se perd si le déplacement n'a pas lieu.</w:t>
      </w:r>
    </w:p>
    <w:p>
      <w:pPr>
        <w:spacing w:before="0" w:after="40"/>
        <w:shd w:val="clear" w:color="auto" w:fill="F4F6F7"/>
      </w:pPr>
    </w:p>
    <w:p>
      <w:pPr>
        <w:spacing w:before="0" w:after="40"/>
        <w:shd w:val="clear" w:color="auto" w:fill="F4F6F7"/>
      </w:pPr>
    </w:p>
    <w:p>
      <w:pPr>
        <w:spacing w:before="0" w:after="40"/>
        <w:shd w:val="clear" w:color="auto" w:fill="F4F6F7"/>
      </w:pPr>
    </w:p>
    <w:p>
      <w:pPr>
        <w:spacing w:before="0" w:after="40"/>
        <w:shd w:val="clear" w:color="auto" w:fill="F4F6F7"/>
      </w:pPr>
    </w:p>
    <w:p>
      <w:pPr>
        <w:spacing w:before="0" w:after="40"/>
        <w:shd w:val="clear" w:color="auto" w:fill="F4F6F7"/>
      </w:pPr>
    </w:p>
    <w:p>
      <w:pPr>
        <w:spacing w:before="0" w:after="40"/>
        <w:shd w:val="clear" w:color="auto" w:fill="F4F6F7"/>
      </w:pPr>
    </w:p>
    <w:p>
      <w:pPr>
        <w:spacing w:before="0" w:after="40"/>
        <w:shd w:val="clear" w:color="auto" w:fill="F4F6F7"/>
      </w:pPr>
    </w:p>
    <w:p>
      <w:pPr>
        <w:spacing w:before="0" w:after="40"/>
        <w:shd w:val="clear" w:color="auto" w:fill="F4F6F7"/>
      </w:pPr>
    </w:p>
    <w:p>
      <w:pPr>
        <w:spacing w:before="160" w:after="40"/>
      </w:pPr>
      <w:r>
        <w:rPr>
          <w:rFonts w:ascii="Calibri" w:hAnsi="Calibri"/>
          <w:b/>
          <w:i w:val="0"/>
          <w:color w:val="1A1A1A"/>
          <w:sz w:val="21"/>
        </w:rPr>
        <w:t>Avez-vous besoin d'un visa ou d'une autorisation de voyage pour votre destination ?</w:t>
      </w:r>
    </w:p>
    <w:p>
      <w:pPr>
        <w:spacing w:before="0" w:after="60"/>
      </w:pPr>
      <w:r>
        <w:rPr>
          <w:rFonts w:ascii="Calibri" w:hAnsi="Calibri"/>
          <w:b w:val="0"/>
          <w:i w:val="0"/>
          <w:color w:val="1A1A1A"/>
          <w:sz w:val="21"/>
        </w:rPr>
        <w:t>☐  oui</w:t>
      </w:r>
    </w:p>
    <w:p>
      <w:pPr>
        <w:spacing w:before="0" w:after="60"/>
      </w:pPr>
      <w:r>
        <w:rPr>
          <w:rFonts w:ascii="Calibri" w:hAnsi="Calibri"/>
          <w:b w:val="0"/>
          <w:i w:val="0"/>
          <w:color w:val="1A1A1A"/>
          <w:sz w:val="21"/>
        </w:rPr>
        <w:t>☐  non</w:t>
      </w:r>
    </w:p>
    <w:p>
      <w:pPr>
        <w:spacing w:before="0" w:after="60"/>
      </w:pPr>
      <w:r>
        <w:rPr>
          <w:rFonts w:ascii="Calibri" w:hAnsi="Calibri"/>
          <w:b w:val="0"/>
          <w:i w:val="0"/>
          <w:color w:val="1A1A1A"/>
          <w:sz w:val="21"/>
        </w:rPr>
        <w:t>☐  je ne sais pas</w:t>
      </w:r>
    </w:p>
    <w:p>
      <w:pPr>
        <w:spacing w:before="120" w:after="40"/>
      </w:pPr>
      <w:r>
        <w:rPr>
          <w:rFonts w:ascii="Calibri" w:hAnsi="Calibri"/>
          <w:b/>
          <w:i w:val="0"/>
          <w:color w:val="1A1A1A"/>
          <w:sz w:val="21"/>
        </w:rPr>
        <w:t>Passeport ou document de voyage</w:t>
      </w:r>
    </w:p>
    <w:p>
      <w:pPr>
        <w:spacing w:before="0" w:after="60"/>
      </w:pPr>
      <w:r>
        <w:rPr>
          <w:rFonts w:ascii="Calibri" w:hAnsi="Calibri"/>
          <w:b w:val="0"/>
          <w:i/>
          <w:color w:val="666666"/>
          <w:sz w:val="18"/>
        </w:rPr>
        <w:t>Délivré par (pays) et valable jusqu'au (date).</w:t>
      </w:r>
    </w:p>
    <w:p>
      <w:pPr>
        <w:spacing w:before="0" w:after="40"/>
        <w:shd w:val="clear" w:color="auto" w:fill="F4F6F7"/>
      </w:pPr>
    </w:p>
    <w:p>
      <w:pPr>
        <w:spacing w:before="120" w:after="40"/>
      </w:pPr>
      <w:r>
        <w:rPr>
          <w:rFonts w:ascii="Calibri" w:hAnsi="Calibri"/>
          <w:b/>
          <w:i w:val="0"/>
          <w:color w:val="1A1A1A"/>
          <w:sz w:val="21"/>
        </w:rPr>
        <w:t>Ce que nous devrions savoir sur vos documents de voyage</w:t>
      </w:r>
    </w:p>
    <w:p>
      <w:pPr>
        <w:spacing w:before="0" w:after="60"/>
      </w:pPr>
      <w:r>
        <w:rPr>
          <w:rFonts w:ascii="Calibri" w:hAnsi="Calibri"/>
          <w:b w:val="0"/>
          <w:i/>
          <w:color w:val="666666"/>
          <w:sz w:val="18"/>
        </w:rPr>
        <w:t>Facultatif. Des bourses de mobilité se perdent régulièrement à cause de délais consulaires. Nous le dire tôt nous permet d'aider ; cela ne joue pas contre vous.</w:t>
      </w:r>
    </w:p>
    <w:p>
      <w:pPr>
        <w:spacing w:before="0" w:after="40"/>
        <w:shd w:val="clear" w:color="auto" w:fill="F4F6F7"/>
      </w:pPr>
    </w:p>
    <w:p>
      <w:pPr>
        <w:spacing w:before="0" w:after="40"/>
        <w:shd w:val="clear" w:color="auto" w:fill="F4F6F7"/>
      </w:pPr>
    </w:p>
    <w:p>
      <w:pPr>
        <w:spacing w:before="280" w:after="120"/>
      </w:pPr>
      <w:r>
        <w:rPr>
          <w:rFonts w:ascii="Calibri" w:hAnsi="Calibri"/>
          <w:b/>
          <w:i w:val="0"/>
          <w:color w:val="00626F"/>
          <w:sz w:val="25"/>
        </w:rPr>
        <w:t>5. Votre hôte</w:t>
      </w:r>
    </w:p>
    <w:p>
      <w:pPr>
        <w:spacing w:before="120" w:after="40"/>
      </w:pPr>
      <w:r>
        <w:rPr>
          <w:rFonts w:ascii="Calibri" w:hAnsi="Calibri"/>
          <w:b/>
          <w:i w:val="0"/>
          <w:color w:val="1A1A1A"/>
          <w:sz w:val="21"/>
        </w:rPr>
        <w:t>Structure ou artiste qui vous accueille</w:t>
      </w:r>
    </w:p>
    <w:p>
      <w:pPr>
        <w:spacing w:before="0" w:after="60"/>
      </w:pPr>
      <w:r>
        <w:rPr>
          <w:rFonts w:ascii="Calibri" w:hAnsi="Calibri"/>
          <w:b w:val="0"/>
          <w:i/>
          <w:color w:val="666666"/>
          <w:sz w:val="18"/>
        </w:rPr>
        <w:t>Nom, adresse et site. Pour un hôte individuel, ajoutez une courte biographie.</w:t>
      </w:r>
    </w:p>
    <w:p>
      <w:pPr>
        <w:spacing w:before="0" w:after="40"/>
        <w:shd w:val="clear" w:color="auto" w:fill="F4F6F7"/>
      </w:pPr>
    </w:p>
    <w:p>
      <w:pPr>
        <w:spacing w:before="0" w:after="40"/>
        <w:shd w:val="clear" w:color="auto" w:fill="F4F6F7"/>
      </w:pPr>
    </w:p>
    <w:p>
      <w:pPr>
        <w:spacing w:before="0" w:after="40"/>
        <w:shd w:val="clear" w:color="auto" w:fill="F4F6F7"/>
      </w:pPr>
    </w:p>
    <w:p>
      <w:pPr>
        <w:spacing w:before="120" w:after="40"/>
      </w:pPr>
      <w:r>
        <w:rPr>
          <w:rFonts w:ascii="Calibri" w:hAnsi="Calibri"/>
          <w:b/>
          <w:i w:val="0"/>
          <w:color w:val="1A1A1A"/>
          <w:sz w:val="21"/>
        </w:rPr>
        <w:t>Votre relation avec cet hôte</w:t>
      </w:r>
    </w:p>
    <w:p>
      <w:pPr>
        <w:spacing w:before="0" w:after="60"/>
      </w:pPr>
      <w:r>
        <w:rPr>
          <w:rFonts w:ascii="Calibri" w:hAnsi="Calibri"/>
          <w:b w:val="0"/>
          <w:i/>
          <w:color w:val="666666"/>
          <w:sz w:val="18"/>
        </w:rPr>
        <w:t>150 mots maximum. Comment vous vous connaissez et ce qui relie le projet à cette structure.</w:t>
      </w:r>
    </w:p>
    <w:p>
      <w:pPr>
        <w:spacing w:before="0" w:after="40"/>
        <w:shd w:val="clear" w:color="auto" w:fill="F4F6F7"/>
      </w:pPr>
    </w:p>
    <w:p>
      <w:pPr>
        <w:spacing w:before="0" w:after="40"/>
        <w:shd w:val="clear" w:color="auto" w:fill="F4F6F7"/>
      </w:pPr>
    </w:p>
    <w:p>
      <w:pPr>
        <w:spacing w:before="0" w:after="40"/>
        <w:shd w:val="clear" w:color="auto" w:fill="F4F6F7"/>
      </w:pPr>
    </w:p>
    <w:p>
      <w:pPr>
        <w:spacing w:before="0" w:after="40"/>
        <w:shd w:val="clear" w:color="auto" w:fill="F4F6F7"/>
      </w:pPr>
    </w:p>
    <w:p>
      <w:pPr>
        <w:spacing w:before="0" w:after="40"/>
        <w:shd w:val="clear" w:color="auto" w:fill="F4F6F7"/>
      </w:pPr>
    </w:p>
    <w:p>
      <w:pPr>
        <w:spacing w:before="120" w:after="40"/>
      </w:pPr>
      <w:r>
        <w:rPr>
          <w:rFonts w:ascii="Calibri" w:hAnsi="Calibri"/>
          <w:b/>
          <w:i w:val="0"/>
          <w:color w:val="1A1A1A"/>
          <w:sz w:val="21"/>
        </w:rPr>
        <w:t>Avez-vous joint l'invitation ou l'accord ?</w:t>
      </w:r>
    </w:p>
    <w:p>
      <w:pPr>
        <w:spacing w:before="0" w:after="60"/>
      </w:pPr>
      <w:r>
        <w:rPr>
          <w:rFonts w:ascii="Calibri" w:hAnsi="Calibri"/>
          <w:b w:val="0"/>
          <w:i w:val="0"/>
          <w:color w:val="1A1A1A"/>
          <w:sz w:val="21"/>
        </w:rPr>
        <w:t>☐  oui</w:t>
      </w:r>
    </w:p>
    <w:p>
      <w:pPr>
        <w:spacing w:before="0" w:after="60"/>
      </w:pPr>
      <w:r>
        <w:rPr>
          <w:rFonts w:ascii="Calibri" w:hAnsi="Calibri"/>
          <w:b w:val="0"/>
          <w:i w:val="0"/>
          <w:color w:val="1A1A1A"/>
          <w:sz w:val="21"/>
        </w:rPr>
        <w:t>☐  non</w:t>
      </w:r>
    </w:p>
    <w:p>
      <w:pPr>
        <w:spacing w:before="280" w:after="120"/>
      </w:pPr>
      <w:r>
        <w:rPr>
          <w:rFonts w:ascii="Calibri" w:hAnsi="Calibri"/>
          <w:b/>
          <w:i w:val="0"/>
          <w:color w:val="00626F"/>
          <w:sz w:val="25"/>
        </w:rPr>
        <w:t>6. Budget</w:t>
      </w:r>
    </w:p>
    <w:p>
      <w:pPr>
        <w:spacing w:before="0" w:after="60"/>
      </w:pPr>
      <w:r>
        <w:rPr>
          <w:rFonts w:ascii="Calibri" w:hAnsi="Calibri"/>
          <w:b w:val="0"/>
          <w:i/>
          <w:color w:val="666666"/>
          <w:sz w:val="18"/>
        </w:rPr>
        <w:t>Estimations en euros.</w:t>
      </w:r>
    </w:p>
    <w:p>
      <w:pPr>
        <w:spacing w:before="120" w:after="40"/>
      </w:pPr>
      <w:r>
        <w:rPr>
          <w:rFonts w:ascii="Calibri" w:hAnsi="Calibri"/>
          <w:b/>
          <w:i w:val="0"/>
          <w:color w:val="1A1A1A"/>
          <w:sz w:val="21"/>
        </w:rPr>
        <w:t>Transport international (billet ou route)</w:t>
      </w:r>
    </w:p>
    <w:p>
      <w:pPr>
        <w:spacing w:before="0" w:after="40"/>
        <w:shd w:val="clear" w:color="auto" w:fill="F4F6F7"/>
      </w:pPr>
    </w:p>
    <w:p>
      <w:pPr>
        <w:spacing w:before="120" w:after="40"/>
      </w:pPr>
      <w:r>
        <w:rPr>
          <w:rFonts w:ascii="Calibri" w:hAnsi="Calibri"/>
          <w:b/>
          <w:i w:val="0"/>
          <w:color w:val="1A1A1A"/>
          <w:sz w:val="21"/>
        </w:rPr>
        <w:t>Transports locaux</w:t>
      </w:r>
    </w:p>
    <w:p>
      <w:pPr>
        <w:spacing w:before="0" w:after="40"/>
        <w:shd w:val="clear" w:color="auto" w:fill="F4F6F7"/>
      </w:pPr>
    </w:p>
    <w:p>
      <w:pPr>
        <w:spacing w:before="120" w:after="40"/>
      </w:pPr>
      <w:r>
        <w:rPr>
          <w:rFonts w:ascii="Calibri" w:hAnsi="Calibri"/>
          <w:b/>
          <w:i w:val="0"/>
          <w:color w:val="1A1A1A"/>
          <w:sz w:val="21"/>
        </w:rPr>
        <w:t>Frais de visa et de dossier consulaire</w:t>
      </w:r>
    </w:p>
    <w:p>
      <w:pPr>
        <w:spacing w:before="0" w:after="40"/>
        <w:shd w:val="clear" w:color="auto" w:fill="F4F6F7"/>
      </w:pPr>
    </w:p>
    <w:p>
      <w:pPr>
        <w:spacing w:before="120" w:after="40"/>
      </w:pPr>
      <w:r>
        <w:rPr>
          <w:rFonts w:ascii="Calibri" w:hAnsi="Calibri"/>
          <w:b/>
          <w:i w:val="0"/>
          <w:color w:val="1A1A1A"/>
          <w:sz w:val="21"/>
        </w:rPr>
        <w:t>Hébergement</w:t>
      </w:r>
    </w:p>
    <w:p>
      <w:pPr>
        <w:spacing w:before="0" w:after="40"/>
        <w:shd w:val="clear" w:color="auto" w:fill="F4F6F7"/>
      </w:pPr>
    </w:p>
    <w:p>
      <w:pPr>
        <w:spacing w:before="120" w:after="40"/>
      </w:pPr>
      <w:r>
        <w:rPr>
          <w:rFonts w:ascii="Calibri" w:hAnsi="Calibri"/>
          <w:b/>
          <w:i w:val="0"/>
          <w:color w:val="1A1A1A"/>
          <w:sz w:val="21"/>
        </w:rPr>
        <w:t>Dépenses quotidiennes</w:t>
      </w:r>
    </w:p>
    <w:p>
      <w:pPr>
        <w:spacing w:before="0" w:after="40"/>
        <w:shd w:val="clear" w:color="auto" w:fill="F4F6F7"/>
      </w:pPr>
    </w:p>
    <w:p>
      <w:pPr>
        <w:spacing w:before="160" w:after="40"/>
      </w:pPr>
      <w:r>
        <w:rPr>
          <w:rFonts w:ascii="Calibri" w:hAnsi="Calibri"/>
          <w:b/>
          <w:i w:val="0"/>
          <w:color w:val="1E2761"/>
          <w:sz w:val="21"/>
        </w:rPr>
        <w:t>Montant demandé au Fonds Roberto Cimetta (600 € maximum)</w:t>
      </w:r>
    </w:p>
    <w:p>
      <w:pPr>
        <w:spacing w:before="0" w:after="40"/>
        <w:shd w:val="clear" w:color="auto" w:fill="EDF3F4"/>
      </w:pPr>
    </w:p>
    <w:p>
      <w:pPr>
        <w:spacing w:before="280" w:after="120"/>
      </w:pPr>
      <w:r>
        <w:rPr>
          <w:rFonts w:ascii="Calibri" w:hAnsi="Calibri"/>
          <w:b/>
          <w:i w:val="0"/>
          <w:color w:val="00626F"/>
          <w:sz w:val="25"/>
        </w:rPr>
        <w:t>7. Autres informations</w:t>
      </w:r>
    </w:p>
    <w:p>
      <w:pPr>
        <w:spacing w:before="120" w:after="40"/>
      </w:pPr>
      <w:r>
        <w:rPr>
          <w:rFonts w:ascii="Calibri" w:hAnsi="Calibri"/>
          <w:b/>
          <w:i w:val="0"/>
          <w:color w:val="1A1A1A"/>
          <w:sz w:val="21"/>
        </w:rPr>
        <w:t>Ce que vous souhaitez que nous prenions en compte</w:t>
      </w:r>
    </w:p>
    <w:p>
      <w:pPr>
        <w:spacing w:before="0" w:after="60"/>
      </w:pPr>
      <w:r>
        <w:rPr>
          <w:rFonts w:ascii="Calibri" w:hAnsi="Calibri"/>
          <w:b w:val="0"/>
          <w:i/>
          <w:color w:val="666666"/>
          <w:sz w:val="18"/>
        </w:rPr>
        <w:t>Facultatif.</w:t>
      </w:r>
    </w:p>
    <w:p>
      <w:pPr>
        <w:spacing w:before="0" w:after="40"/>
        <w:shd w:val="clear" w:color="auto" w:fill="F4F6F7"/>
      </w:pPr>
    </w:p>
    <w:p>
      <w:pPr>
        <w:spacing w:before="0" w:after="40"/>
        <w:shd w:val="clear" w:color="auto" w:fill="F4F6F7"/>
      </w:pPr>
    </w:p>
    <w:p>
      <w:pPr>
        <w:spacing w:before="0" w:after="40"/>
        <w:shd w:val="clear" w:color="auto" w:fill="F4F6F7"/>
      </w:pPr>
    </w:p>
    <w:p>
      <w:pPr>
        <w:spacing w:before="120" w:after="40"/>
      </w:pPr>
      <w:r>
        <w:rPr>
          <w:rFonts w:ascii="Calibri" w:hAnsi="Calibri"/>
          <w:b/>
          <w:i w:val="0"/>
          <w:color w:val="1A1A1A"/>
          <w:sz w:val="21"/>
        </w:rPr>
        <w:t>Comment avez-vous eu connaissance de cet appel ?</w:t>
      </w:r>
    </w:p>
    <w:p>
      <w:pPr>
        <w:spacing w:before="0" w:after="40"/>
        <w:shd w:val="clear" w:color="auto" w:fill="F4F6F7"/>
      </w:pPr>
    </w:p>
    <w:p>
      <w:pPr>
        <w:spacing w:before="280" w:after="120"/>
      </w:pPr>
      <w:r>
        <w:rPr>
          <w:rFonts w:ascii="Calibri" w:hAnsi="Calibri"/>
          <w:b/>
          <w:i w:val="0"/>
          <w:color w:val="00626F"/>
          <w:sz w:val="25"/>
        </w:rPr>
        <w:t>8. Déclaration</w:t>
      </w:r>
    </w:p>
    <w:p>
      <w:pPr>
        <w:spacing w:before="0" w:after="120"/>
      </w:pPr>
      <w:r>
        <w:rPr>
          <w:rFonts w:ascii="Calibri" w:hAnsi="Calibri"/>
          <w:b w:val="0"/>
          <w:i w:val="0"/>
          <w:color w:val="1A1A1A"/>
          <w:sz w:val="20"/>
        </w:rPr>
        <w:t>Je certifie que les informations données dans cette candidature sont exactes et complètes. Je comprends que la bourse est versée sur pièces justificatives et qu'un rapport narratif et financier est demandé après le déplacement.</w:t>
      </w:r>
    </w:p>
    <w:p>
      <w:pPr>
        <w:spacing w:before="0" w:after="160"/>
      </w:pPr>
      <w:r>
        <w:rPr>
          <w:rFonts w:ascii="Calibri" w:hAnsi="Calibri"/>
          <w:b w:val="0"/>
          <w:i w:val="0"/>
          <w:color w:val="666666"/>
          <w:sz w:val="17"/>
        </w:rPr>
        <w:t>Le Fonds Roberto Cimetta traite ces données uniquement pour instruire et administrer cette bourse. Elles sont conservées le temps du programme puis supprimées, sauf ce que la loi française oblige l'association à garder. Vous pouvez demander à y accéder, à les corriger ou à les faire supprimer en écrivant à administration@cimettafund.org.</w:t>
      </w:r>
    </w:p>
    <w:p>
      <w:pPr>
        <w:spacing w:before="120" w:after="40"/>
      </w:pPr>
      <w:r>
        <w:rPr>
          <w:rFonts w:ascii="Calibri" w:hAnsi="Calibri"/>
          <w:b/>
          <w:i w:val="0"/>
          <w:color w:val="1A1A1A"/>
          <w:sz w:val="21"/>
        </w:rPr>
        <w:t>Nom, lieu, date et signature</w:t>
      </w:r>
    </w:p>
    <w:p>
      <w:pPr>
        <w:spacing w:before="0" w:after="60"/>
      </w:pPr>
      <w:r>
        <w:rPr>
          <w:rFonts w:ascii="Calibri" w:hAnsi="Calibri"/>
          <w:b w:val="0"/>
          <w:i/>
          <w:color w:val="666666"/>
          <w:sz w:val="18"/>
        </w:rPr>
        <w:t>Taper votre nom vaut signature.</w:t>
      </w:r>
    </w:p>
    <w:p>
      <w:pPr>
        <w:spacing w:before="0" w:after="40"/>
        <w:shd w:val="clear" w:color="auto" w:fill="F4F6F7"/>
      </w:pPr>
    </w:p>
    <w:p>
      <w:pPr>
        <w:spacing w:before="0" w:after="40"/>
        <w:shd w:val="clear" w:color="auto" w:fill="F4F6F7"/>
      </w:pPr>
    </w:p>
    <w:p>
      <w:pPr>
        <w:spacing w:before="200" w:after="80"/>
      </w:pPr>
      <w:r>
        <w:rPr>
          <w:rFonts w:ascii="Calibri" w:hAnsi="Calibri"/>
          <w:b/>
          <w:i w:val="0"/>
          <w:color w:val="1E2761"/>
          <w:sz w:val="22"/>
        </w:rPr>
        <w:t>Avant d'envoyer</w:t>
      </w:r>
    </w:p>
    <w:p>
      <w:pPr>
        <w:spacing w:before="0" w:after="60"/>
      </w:pPr>
      <w:r>
        <w:rPr>
          <w:rFonts w:ascii="Calibri" w:hAnsi="Calibri"/>
          <w:b w:val="0"/>
          <w:i w:val="0"/>
          <w:color w:val="1A1A1A"/>
          <w:sz w:val="21"/>
        </w:rPr>
        <w:t>☐  Le formulaire est complet.</w:t>
      </w:r>
    </w:p>
    <w:p>
      <w:pPr>
        <w:spacing w:before="0" w:after="60"/>
      </w:pPr>
      <w:r>
        <w:rPr>
          <w:rFonts w:ascii="Calibri" w:hAnsi="Calibri"/>
          <w:b w:val="0"/>
          <w:i w:val="0"/>
          <w:color w:val="1A1A1A"/>
          <w:sz w:val="21"/>
        </w:rPr>
        <w:t>☐  Mon CV est joint.</w:t>
      </w:r>
    </w:p>
    <w:p>
      <w:pPr>
        <w:spacing w:before="0" w:after="60"/>
      </w:pPr>
      <w:r>
        <w:rPr>
          <w:rFonts w:ascii="Calibri" w:hAnsi="Calibri"/>
          <w:b w:val="0"/>
          <w:i w:val="0"/>
          <w:color w:val="1A1A1A"/>
          <w:sz w:val="21"/>
        </w:rPr>
        <w:t>☐  L'invitation ou l'accord de mon hôte est joint.</w:t>
      </w:r>
    </w:p>
    <w:p>
      <w:pPr>
        <w:spacing w:before="0" w:after="60"/>
      </w:pPr>
      <w:r>
        <w:rPr>
          <w:rFonts w:ascii="Calibri" w:hAnsi="Calibri"/>
          <w:b w:val="0"/>
          <w:i w:val="0"/>
          <w:color w:val="1A1A1A"/>
          <w:sz w:val="21"/>
        </w:rPr>
        <w:t>☐  Mes fichiers sont nommés NOM_Prénom_PAYS_EMG2027.</w:t>
      </w:r>
    </w:p>
    <w:p>
      <w:pPr>
        <w:spacing w:before="0" w:after="60"/>
      </w:pPr>
      <w:r>
        <w:rPr>
          <w:rFonts w:ascii="Calibri" w:hAnsi="Calibri"/>
          <w:b w:val="0"/>
          <w:i w:val="0"/>
          <w:color w:val="1A1A1A"/>
          <w:sz w:val="21"/>
        </w:rPr>
        <w:t>☐  Le tout part à administration@cimettafund.org avant le 1er novembre 2026.</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